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156FC" w14:textId="77777777" w:rsidR="003B10BB" w:rsidRDefault="00E54967">
      <w:pPr>
        <w:pStyle w:val="Title"/>
        <w:jc w:val="center"/>
      </w:pPr>
      <w:r>
        <w:t>ACEDB Conference 2026</w:t>
      </w:r>
    </w:p>
    <w:p w14:paraId="2822EC79" w14:textId="5EF2583E" w:rsidR="003B10BB" w:rsidRDefault="00E54967">
      <w:pPr>
        <w:pStyle w:val="Title"/>
        <w:jc w:val="center"/>
      </w:pPr>
      <w:r>
        <w:t>Abstract Submission</w:t>
      </w:r>
      <w:r w:rsidR="00116F76">
        <w:t xml:space="preserve"> Guideline</w:t>
      </w:r>
      <w:r>
        <w:t xml:space="preserve"> Template</w:t>
      </w:r>
    </w:p>
    <w:p w14:paraId="5ED69926" w14:textId="516C4BC0" w:rsidR="003B10BB" w:rsidRDefault="00E54967">
      <w:pPr>
        <w:pStyle w:val="Subtitle"/>
        <w:jc w:val="center"/>
      </w:pPr>
      <w:r>
        <w:t xml:space="preserve">For free paper </w:t>
      </w:r>
      <w:r w:rsidR="00436B50">
        <w:t>(</w:t>
      </w:r>
      <w:r>
        <w:t>oral / poster</w:t>
      </w:r>
      <w:r w:rsidR="00436B50">
        <w:t>)</w:t>
      </w:r>
      <w:r>
        <w:t xml:space="preserve"> abstract submission</w:t>
      </w:r>
    </w:p>
    <w:p w14:paraId="11117B78" w14:textId="77777777" w:rsidR="006B13F6" w:rsidRDefault="006B13F6" w:rsidP="006B13F6">
      <w:pPr>
        <w:pStyle w:val="Heading1"/>
        <w:jc w:val="center"/>
      </w:pPr>
      <w:r>
        <w:t>Instructions for authors</w:t>
      </w:r>
    </w:p>
    <w:p w14:paraId="7B2491CF" w14:textId="53AC9565" w:rsidR="006B13F6" w:rsidRDefault="006B13F6" w:rsidP="006B13F6">
      <w:pPr>
        <w:pStyle w:val="Heading1"/>
      </w:pPr>
      <w:r w:rsidRPr="006B13F6">
        <w:t>Submit your abstract for a free paper session only if you fulfil all the following criteria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76"/>
      </w:tblGrid>
      <w:tr w:rsidR="006B13F6" w14:paraId="6B11A8E1" w14:textId="77777777" w:rsidTr="007F3A53">
        <w:trPr>
          <w:jc w:val="center"/>
        </w:trPr>
        <w:tc>
          <w:tcPr>
            <w:tcW w:w="97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0CEC0A86" w14:textId="77777777" w:rsidR="006B13F6" w:rsidRPr="006B13F6" w:rsidRDefault="006B13F6" w:rsidP="006B13F6">
            <w:pPr>
              <w:spacing w:after="60"/>
              <w:ind w:left="259" w:hanging="259"/>
              <w:rPr>
                <w:sz w:val="22"/>
              </w:rPr>
            </w:pPr>
            <w:r w:rsidRPr="006B13F6">
              <w:rPr>
                <w:sz w:val="22"/>
              </w:rPr>
              <w:t>1.</w:t>
            </w:r>
            <w:r w:rsidRPr="006B13F6">
              <w:rPr>
                <w:sz w:val="22"/>
              </w:rPr>
              <w:tab/>
              <w:t>The research has been conducted following the Helsinki Declaration and good clinical practice</w:t>
            </w:r>
          </w:p>
          <w:p w14:paraId="565C747F" w14:textId="77777777" w:rsidR="006B13F6" w:rsidRPr="006B13F6" w:rsidRDefault="006B13F6" w:rsidP="006B13F6">
            <w:pPr>
              <w:spacing w:after="60"/>
              <w:ind w:left="259" w:hanging="259"/>
              <w:rPr>
                <w:sz w:val="22"/>
              </w:rPr>
            </w:pPr>
            <w:r w:rsidRPr="006B13F6">
              <w:rPr>
                <w:sz w:val="22"/>
              </w:rPr>
              <w:t>2.</w:t>
            </w:r>
            <w:r w:rsidRPr="006B13F6">
              <w:rPr>
                <w:sz w:val="22"/>
              </w:rPr>
              <w:tab/>
              <w:t>The abstract has not been published or presented in the same format at other conferences</w:t>
            </w:r>
          </w:p>
          <w:p w14:paraId="33EE005B" w14:textId="77777777" w:rsidR="006B13F6" w:rsidRPr="006B13F6" w:rsidRDefault="006B13F6" w:rsidP="006B13F6">
            <w:pPr>
              <w:spacing w:after="60"/>
              <w:ind w:left="259" w:hanging="259"/>
              <w:rPr>
                <w:sz w:val="22"/>
              </w:rPr>
            </w:pPr>
            <w:r w:rsidRPr="006B13F6">
              <w:rPr>
                <w:sz w:val="22"/>
              </w:rPr>
              <w:t>3.</w:t>
            </w:r>
            <w:r w:rsidRPr="006B13F6">
              <w:rPr>
                <w:sz w:val="22"/>
              </w:rPr>
              <w:tab/>
              <w:t>All the authors fulfilled the criteria of authorship according to ICJME</w:t>
            </w:r>
          </w:p>
          <w:p w14:paraId="2A571D74" w14:textId="4C908331" w:rsidR="006B13F6" w:rsidRDefault="006B13F6" w:rsidP="006B13F6">
            <w:pPr>
              <w:spacing w:after="60"/>
              <w:ind w:left="259" w:hanging="259"/>
            </w:pPr>
            <w:r w:rsidRPr="006B13F6">
              <w:rPr>
                <w:sz w:val="22"/>
              </w:rPr>
              <w:t>4.</w:t>
            </w:r>
            <w:r w:rsidRPr="006B13F6">
              <w:rPr>
                <w:sz w:val="22"/>
              </w:rPr>
              <w:tab/>
              <w:t>All the authors have read and approved the manuscript for the presentation at the conference</w:t>
            </w:r>
            <w:r>
              <w:rPr>
                <w:sz w:val="22"/>
              </w:rPr>
              <w:t>.</w:t>
            </w:r>
          </w:p>
        </w:tc>
      </w:tr>
    </w:tbl>
    <w:p w14:paraId="69BE33AC" w14:textId="2E232107" w:rsidR="003B10BB" w:rsidRDefault="006B13F6">
      <w:pPr>
        <w:pStyle w:val="Heading1"/>
      </w:pPr>
      <w:r>
        <w:t>General rules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76"/>
      </w:tblGrid>
      <w:tr w:rsidR="003B10BB" w14:paraId="538F4AB1" w14:textId="77777777">
        <w:trPr>
          <w:jc w:val="center"/>
        </w:trPr>
        <w:tc>
          <w:tcPr>
            <w:tcW w:w="97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752491D5" w14:textId="7FD4EEE2" w:rsidR="006B13F6" w:rsidRPr="00A264E6" w:rsidRDefault="006B13F6" w:rsidP="00A264E6">
            <w:pPr>
              <w:pStyle w:val="ListParagraph"/>
              <w:numPr>
                <w:ilvl w:val="0"/>
                <w:numId w:val="12"/>
              </w:numPr>
              <w:spacing w:after="60"/>
              <w:rPr>
                <w:color w:val="FF0000"/>
                <w:sz w:val="22"/>
              </w:rPr>
            </w:pPr>
            <w:r w:rsidRPr="00A264E6">
              <w:rPr>
                <w:sz w:val="22"/>
              </w:rPr>
              <w:t xml:space="preserve">Submit your abstract at </w:t>
            </w:r>
            <w:hyperlink r:id="rId8" w:history="1">
              <w:r w:rsidRPr="00A264E6">
                <w:rPr>
                  <w:rStyle w:val="Hyperlink"/>
                  <w:sz w:val="22"/>
                </w:rPr>
                <w:t>acedbcon@gmail.com</w:t>
              </w:r>
            </w:hyperlink>
            <w:r w:rsidR="005A0DAE">
              <w:t xml:space="preserve"> </w:t>
            </w:r>
            <w:r w:rsidRPr="00A264E6">
              <w:rPr>
                <w:sz w:val="22"/>
              </w:rPr>
              <w:t>Last date of abstract submission is</w:t>
            </w:r>
            <w:r w:rsidRPr="00A264E6">
              <w:rPr>
                <w:color w:val="FF0000"/>
                <w:sz w:val="22"/>
              </w:rPr>
              <w:t xml:space="preserve"> </w:t>
            </w:r>
            <w:r w:rsidR="004F7DE1">
              <w:rPr>
                <w:b/>
                <w:bCs/>
                <w:sz w:val="22"/>
              </w:rPr>
              <w:t>20</w:t>
            </w:r>
            <w:r w:rsidR="00640662" w:rsidRPr="00640662">
              <w:rPr>
                <w:b/>
                <w:bCs/>
                <w:sz w:val="22"/>
              </w:rPr>
              <w:t xml:space="preserve"> August 2026</w:t>
            </w:r>
          </w:p>
          <w:p w14:paraId="5FB42A32" w14:textId="4ADBEC4A" w:rsidR="00A264E6" w:rsidRDefault="00A264E6" w:rsidP="00A264E6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A264E6">
              <w:rPr>
                <w:sz w:val="22"/>
              </w:rPr>
              <w:t>Language: English; Font: Times New Roman; Font size: 12; Line spacing: 1.5; Orientation: Portrait; No hanging or bullet points</w:t>
            </w:r>
          </w:p>
          <w:p w14:paraId="4C483FAF" w14:textId="77777777" w:rsidR="00A264E6" w:rsidRPr="00A264E6" w:rsidRDefault="00A264E6" w:rsidP="00A264E6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A264E6">
              <w:rPr>
                <w:sz w:val="22"/>
              </w:rPr>
              <w:t>Total word count: 300</w:t>
            </w:r>
          </w:p>
          <w:p w14:paraId="0ABFFCDC" w14:textId="33F80E21" w:rsidR="00A264E6" w:rsidRPr="00A264E6" w:rsidRDefault="00A264E6" w:rsidP="00A264E6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A264E6">
              <w:rPr>
                <w:sz w:val="22"/>
              </w:rPr>
              <w:t>No Tables</w:t>
            </w:r>
            <w:r w:rsidR="00916482">
              <w:rPr>
                <w:sz w:val="22"/>
              </w:rPr>
              <w:t xml:space="preserve">, </w:t>
            </w:r>
            <w:r w:rsidRPr="00A264E6">
              <w:rPr>
                <w:sz w:val="22"/>
              </w:rPr>
              <w:t>Figures</w:t>
            </w:r>
            <w:r w:rsidR="00916482">
              <w:rPr>
                <w:sz w:val="22"/>
              </w:rPr>
              <w:t xml:space="preserve"> or references</w:t>
            </w:r>
            <w:r w:rsidRPr="00A264E6">
              <w:rPr>
                <w:sz w:val="22"/>
              </w:rPr>
              <w:t xml:space="preserve"> are allowed</w:t>
            </w:r>
          </w:p>
          <w:p w14:paraId="35E40A51" w14:textId="77777777" w:rsidR="003B10BB" w:rsidRDefault="00A264E6" w:rsidP="00AA2F6E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A264E6">
              <w:rPr>
                <w:sz w:val="22"/>
              </w:rPr>
              <w:t>Use only generic name of a drug</w:t>
            </w:r>
          </w:p>
          <w:p w14:paraId="052E12AE" w14:textId="0D51057E" w:rsidR="006A4C13" w:rsidRPr="00AA2F6E" w:rsidRDefault="006A4C13" w:rsidP="00AA2F6E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6A4C13">
              <w:rPr>
                <w:sz w:val="22"/>
              </w:rPr>
              <w:t>Use the full form of all abbreviations/acronyms at first mention</w:t>
            </w:r>
          </w:p>
        </w:tc>
      </w:tr>
    </w:tbl>
    <w:p w14:paraId="535E1154" w14:textId="73154CE7" w:rsidR="00916482" w:rsidRDefault="00916482" w:rsidP="00916482">
      <w:pPr>
        <w:pStyle w:val="Heading1"/>
      </w:pPr>
      <w:r>
        <w:t xml:space="preserve">Check list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76"/>
      </w:tblGrid>
      <w:tr w:rsidR="00916482" w14:paraId="488B83E1" w14:textId="77777777" w:rsidTr="007F3A53">
        <w:trPr>
          <w:jc w:val="center"/>
        </w:trPr>
        <w:tc>
          <w:tcPr>
            <w:tcW w:w="97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1B621001" w14:textId="02F9DF85" w:rsidR="00916482" w:rsidRPr="00916482" w:rsidRDefault="00916482" w:rsidP="00916482">
            <w:pPr>
              <w:rPr>
                <w:sz w:val="22"/>
              </w:rPr>
            </w:pPr>
            <w:r w:rsidRPr="00916482">
              <w:rPr>
                <w:sz w:val="22"/>
              </w:rPr>
              <w:t>Use the exact template structure and submit the abstract as an editable Word file (.docx).</w:t>
            </w:r>
          </w:p>
          <w:p w14:paraId="3A302D11" w14:textId="77777777" w:rsidR="00916482" w:rsidRPr="00916482" w:rsidRDefault="00916482" w:rsidP="007F3A53">
            <w:pPr>
              <w:pStyle w:val="ListParagraph"/>
              <w:numPr>
                <w:ilvl w:val="0"/>
                <w:numId w:val="10"/>
              </w:numPr>
              <w:spacing w:after="60"/>
              <w:ind w:left="259" w:hanging="259"/>
            </w:pPr>
            <w:r w:rsidRPr="00916482">
              <w:rPr>
                <w:sz w:val="22"/>
              </w:rPr>
              <w:t>Write the title in sentence case and avoid unnecessary abbreviations.</w:t>
            </w:r>
          </w:p>
          <w:p w14:paraId="2DAE4557" w14:textId="328A464C" w:rsidR="00916482" w:rsidRPr="00980FA9" w:rsidRDefault="00916482" w:rsidP="007F3A53">
            <w:pPr>
              <w:pStyle w:val="ListParagraph"/>
              <w:numPr>
                <w:ilvl w:val="0"/>
                <w:numId w:val="10"/>
              </w:numPr>
              <w:spacing w:after="60"/>
              <w:ind w:left="259" w:hanging="259"/>
            </w:pPr>
            <w:r w:rsidRPr="00916482">
              <w:rPr>
                <w:sz w:val="22"/>
              </w:rPr>
              <w:t xml:space="preserve">Mark the presenting author with an asterisk (*) before the </w:t>
            </w:r>
            <w:proofErr w:type="gramStart"/>
            <w:r w:rsidRPr="00916482">
              <w:rPr>
                <w:sz w:val="22"/>
              </w:rPr>
              <w:t>author</w:t>
            </w:r>
            <w:proofErr w:type="gramEnd"/>
            <w:r w:rsidRPr="00916482">
              <w:rPr>
                <w:sz w:val="22"/>
              </w:rPr>
              <w:t xml:space="preserve"> name.</w:t>
            </w:r>
          </w:p>
          <w:p w14:paraId="7DB795F1" w14:textId="16256F14" w:rsidR="00980FA9" w:rsidRPr="00916482" w:rsidRDefault="00980FA9" w:rsidP="007F3A53">
            <w:pPr>
              <w:pStyle w:val="ListParagraph"/>
              <w:numPr>
                <w:ilvl w:val="0"/>
                <w:numId w:val="10"/>
              </w:numPr>
              <w:spacing w:after="60"/>
              <w:ind w:left="259" w:hanging="259"/>
            </w:pPr>
            <w:r w:rsidRPr="00980FA9">
              <w:t>Write author names in the author line as: Last name followed by initials of first and middle names; do not use full stops between initials. Example: Hasan M, Morshed MS, Hasanat MA</w:t>
            </w:r>
          </w:p>
          <w:p w14:paraId="175290F5" w14:textId="121617A4" w:rsidR="00916482" w:rsidRPr="00980FA9" w:rsidRDefault="00916482" w:rsidP="007F3A53">
            <w:pPr>
              <w:pStyle w:val="ListParagraph"/>
              <w:numPr>
                <w:ilvl w:val="0"/>
                <w:numId w:val="10"/>
              </w:numPr>
              <w:spacing w:after="60"/>
              <w:ind w:left="259" w:hanging="259"/>
            </w:pPr>
            <w:r w:rsidRPr="00916482">
              <w:rPr>
                <w:sz w:val="22"/>
              </w:rPr>
              <w:t xml:space="preserve">Use superscript numbers and provide </w:t>
            </w:r>
            <w:r w:rsidR="00980FA9">
              <w:rPr>
                <w:sz w:val="22"/>
              </w:rPr>
              <w:t xml:space="preserve">full name of author with </w:t>
            </w:r>
            <w:r w:rsidRPr="00916482">
              <w:rPr>
                <w:sz w:val="22"/>
              </w:rPr>
              <w:t>complete affiliations</w:t>
            </w:r>
            <w:r w:rsidR="006A4C13">
              <w:rPr>
                <w:sz w:val="22"/>
              </w:rPr>
              <w:t xml:space="preserve"> in</w:t>
            </w:r>
            <w:r w:rsidRPr="00916482">
              <w:rPr>
                <w:sz w:val="22"/>
              </w:rPr>
              <w:t xml:space="preserve"> the author </w:t>
            </w:r>
            <w:r w:rsidR="006A4C13">
              <w:rPr>
                <w:sz w:val="22"/>
              </w:rPr>
              <w:t>detail section</w:t>
            </w:r>
            <w:r w:rsidRPr="00916482">
              <w:rPr>
                <w:sz w:val="22"/>
              </w:rPr>
              <w:t>.</w:t>
            </w:r>
          </w:p>
          <w:p w14:paraId="3833CD37" w14:textId="29B530D3" w:rsidR="00980FA9" w:rsidRPr="00916482" w:rsidRDefault="00980FA9" w:rsidP="007F3A53">
            <w:pPr>
              <w:pStyle w:val="ListParagraph"/>
              <w:numPr>
                <w:ilvl w:val="0"/>
                <w:numId w:val="10"/>
              </w:numPr>
              <w:spacing w:after="60"/>
              <w:ind w:left="259" w:hanging="259"/>
            </w:pPr>
            <w:r w:rsidRPr="00980FA9">
              <w:t xml:space="preserve">Provide </w:t>
            </w:r>
            <w:r w:rsidR="00AA2F6E">
              <w:t xml:space="preserve">e-mail address and </w:t>
            </w:r>
            <w:r w:rsidRPr="00980FA9">
              <w:t xml:space="preserve">ORCID </w:t>
            </w:r>
            <w:proofErr w:type="spellStart"/>
            <w:r w:rsidRPr="00980FA9">
              <w:t>iD</w:t>
            </w:r>
            <w:proofErr w:type="spellEnd"/>
            <w:r w:rsidRPr="00980FA9">
              <w:t xml:space="preserve"> for every author in the author details section. Use the full ORCID URL format: https://orcid.org/0000-0000-0000-0000.</w:t>
            </w:r>
          </w:p>
          <w:p w14:paraId="4D330331" w14:textId="77777777" w:rsidR="00916482" w:rsidRPr="00916482" w:rsidRDefault="00916482" w:rsidP="00916482">
            <w:pPr>
              <w:pStyle w:val="ListParagraph"/>
              <w:numPr>
                <w:ilvl w:val="0"/>
                <w:numId w:val="10"/>
              </w:numPr>
              <w:spacing w:after="60"/>
              <w:ind w:left="259" w:hanging="259"/>
            </w:pPr>
            <w:r w:rsidRPr="00916482">
              <w:rPr>
                <w:sz w:val="22"/>
              </w:rPr>
              <w:t>Provide mobile number, email address and ORCID ID for the presenting and corresponding author.</w:t>
            </w:r>
          </w:p>
          <w:p w14:paraId="515BC46E" w14:textId="7BBE4391" w:rsidR="00916482" w:rsidRDefault="00916482" w:rsidP="00916482">
            <w:pPr>
              <w:pStyle w:val="ListParagraph"/>
              <w:numPr>
                <w:ilvl w:val="0"/>
                <w:numId w:val="10"/>
              </w:numPr>
              <w:spacing w:after="60"/>
              <w:ind w:left="259" w:hanging="259"/>
            </w:pPr>
            <w:r w:rsidRPr="00916482">
              <w:rPr>
                <w:sz w:val="22"/>
              </w:rPr>
              <w:t>For research involving human participants, ensure appropriate ethical approval and consent as applicable.</w:t>
            </w:r>
          </w:p>
        </w:tc>
      </w:tr>
    </w:tbl>
    <w:p w14:paraId="7A73C53C" w14:textId="77777777" w:rsidR="00B45A6F" w:rsidRDefault="00B45A6F">
      <w:pPr>
        <w:rPr>
          <w:i/>
          <w:sz w:val="22"/>
        </w:rPr>
      </w:pPr>
    </w:p>
    <w:p w14:paraId="6D3BBFCE" w14:textId="684CD002" w:rsidR="003B10BB" w:rsidRDefault="00E54967">
      <w:r>
        <w:rPr>
          <w:i/>
          <w:sz w:val="22"/>
        </w:rPr>
        <w:t>Please use the next page as the editable submission template. Delete this instruction page before final submission</w:t>
      </w:r>
      <w:r w:rsidR="00B45A6F">
        <w:rPr>
          <w:i/>
          <w:sz w:val="22"/>
        </w:rPr>
        <w:t>.</w:t>
      </w:r>
      <w:r>
        <w:br w:type="page"/>
      </w:r>
    </w:p>
    <w:p w14:paraId="283A3ED1" w14:textId="3997C7C4" w:rsidR="003B10BB" w:rsidRDefault="00692BED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3A532A" wp14:editId="6B5A7444">
                <wp:simplePos x="0" y="0"/>
                <wp:positionH relativeFrom="column">
                  <wp:posOffset>5414010</wp:posOffset>
                </wp:positionH>
                <wp:positionV relativeFrom="paragraph">
                  <wp:posOffset>-615950</wp:posOffset>
                </wp:positionV>
                <wp:extent cx="1422400" cy="1365250"/>
                <wp:effectExtent l="0" t="0" r="2540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1365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D8ADC" w14:textId="77777777" w:rsidR="00692BED" w:rsidRDefault="00692BED" w:rsidP="00692BED"/>
                          <w:p w14:paraId="4054F290" w14:textId="77777777" w:rsidR="00692BED" w:rsidRPr="00345F11" w:rsidRDefault="00692BED" w:rsidP="00692BED">
                            <w:pPr>
                              <w:jc w:val="center"/>
                              <w:rPr>
                                <w:color w:val="C4BC96" w:themeColor="background2" w:themeShade="BF"/>
                              </w:rPr>
                            </w:pPr>
                            <w:r w:rsidRPr="00345F11">
                              <w:rPr>
                                <w:color w:val="C4BC96" w:themeColor="background2" w:themeShade="BF"/>
                              </w:rPr>
                              <w:t xml:space="preserve">A 2 inch </w:t>
                            </w:r>
                            <w:r w:rsidRPr="00345F11">
                              <w:rPr>
                                <w:rFonts w:cs="Times New Roman"/>
                                <w:color w:val="C4BC96" w:themeColor="background2" w:themeShade="BF"/>
                              </w:rPr>
                              <w:t>×</w:t>
                            </w:r>
                            <w:r w:rsidRPr="00345F11">
                              <w:rPr>
                                <w:color w:val="C4BC96" w:themeColor="background2" w:themeShade="BF"/>
                              </w:rPr>
                              <w:t xml:space="preserve"> </w:t>
                            </w:r>
                            <w:proofErr w:type="gramStart"/>
                            <w:r w:rsidRPr="00345F11">
                              <w:rPr>
                                <w:color w:val="C4BC96" w:themeColor="background2" w:themeShade="BF"/>
                              </w:rPr>
                              <w:t>2 inch</w:t>
                            </w:r>
                            <w:proofErr w:type="gramEnd"/>
                            <w:r w:rsidRPr="00345F11">
                              <w:rPr>
                                <w:color w:val="C4BC96" w:themeColor="background2" w:themeShade="BF"/>
                              </w:rPr>
                              <w:t xml:space="preserve"> photograph of the presenting author </w:t>
                            </w:r>
                            <w:proofErr w:type="gramStart"/>
                            <w:r w:rsidRPr="00345F11">
                              <w:rPr>
                                <w:color w:val="C4BC96" w:themeColor="background2" w:themeShade="BF"/>
                              </w:rPr>
                              <w:t>has to</w:t>
                            </w:r>
                            <w:proofErr w:type="gramEnd"/>
                            <w:r w:rsidRPr="00345F11">
                              <w:rPr>
                                <w:color w:val="C4BC96" w:themeColor="background2" w:themeShade="BF"/>
                              </w:rPr>
                              <w:t xml:space="preserve"> be pasted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3A532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26.3pt;margin-top:-48.5pt;width:112pt;height:10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" fillcolor="white [3201]" strokeweight=".5pt">
                <v:textbox>
                  <w:txbxContent>
                    <w:p w14:paraId="38CD8ADC" w14:textId="77777777" w:rsidR="00692BED" w:rsidRDefault="00692BED" w:rsidP="00692BED"/>
                    <w:p w14:paraId="4054F290" w14:textId="77777777" w:rsidR="00692BED" w:rsidRPr="00345F11" w:rsidRDefault="00692BED" w:rsidP="00692BED">
                      <w:pPr>
                        <w:jc w:val="center"/>
                        <w:rPr>
                          <w:color w:val="C4BC96" w:themeColor="background2" w:themeShade="BF"/>
                        </w:rPr>
                      </w:pPr>
                      <w:r w:rsidRPr="00345F11">
                        <w:rPr>
                          <w:color w:val="C4BC96" w:themeColor="background2" w:themeShade="BF"/>
                        </w:rPr>
                        <w:t xml:space="preserve">A 2 inch </w:t>
                      </w:r>
                      <w:r w:rsidRPr="00345F11">
                        <w:rPr>
                          <w:rFonts w:cs="Times New Roman"/>
                          <w:color w:val="C4BC96" w:themeColor="background2" w:themeShade="BF"/>
                        </w:rPr>
                        <w:t>×</w:t>
                      </w:r>
                      <w:r w:rsidRPr="00345F11">
                        <w:rPr>
                          <w:color w:val="C4BC96" w:themeColor="background2" w:themeShade="BF"/>
                        </w:rPr>
                        <w:t xml:space="preserve"> </w:t>
                      </w:r>
                      <w:proofErr w:type="gramStart"/>
                      <w:r w:rsidRPr="00345F11">
                        <w:rPr>
                          <w:color w:val="C4BC96" w:themeColor="background2" w:themeShade="BF"/>
                        </w:rPr>
                        <w:t>2 inch</w:t>
                      </w:r>
                      <w:proofErr w:type="gramEnd"/>
                      <w:r w:rsidRPr="00345F11">
                        <w:rPr>
                          <w:color w:val="C4BC96" w:themeColor="background2" w:themeShade="BF"/>
                        </w:rPr>
                        <w:t xml:space="preserve"> photograph of the presenting author </w:t>
                      </w:r>
                      <w:proofErr w:type="gramStart"/>
                      <w:r w:rsidRPr="00345F11">
                        <w:rPr>
                          <w:color w:val="C4BC96" w:themeColor="background2" w:themeShade="BF"/>
                        </w:rPr>
                        <w:t>has to</w:t>
                      </w:r>
                      <w:proofErr w:type="gramEnd"/>
                      <w:r w:rsidRPr="00345F11">
                        <w:rPr>
                          <w:color w:val="C4BC96" w:themeColor="background2" w:themeShade="BF"/>
                        </w:rPr>
                        <w:t xml:space="preserve"> be pasted here</w:t>
                      </w:r>
                    </w:p>
                  </w:txbxContent>
                </v:textbox>
              </v:shape>
            </w:pict>
          </mc:Fallback>
        </mc:AlternateContent>
      </w:r>
      <w:r w:rsidR="00E54967">
        <w:t>Submission template</w:t>
      </w:r>
      <w:r w:rsidR="00D53626">
        <w:t xml:space="preserve"> for </w:t>
      </w:r>
      <w:proofErr w:type="gramStart"/>
      <w:r w:rsidR="0060409C">
        <w:t>Original</w:t>
      </w:r>
      <w:proofErr w:type="gramEnd"/>
      <w:r w:rsidR="0060409C">
        <w:t xml:space="preserve"> research</w:t>
      </w:r>
    </w:p>
    <w:p w14:paraId="09D3C61B" w14:textId="7DA6CAB1" w:rsidR="00692BED" w:rsidRPr="00692BED" w:rsidRDefault="00692BED" w:rsidP="00692BED"/>
    <w:p w14:paraId="5D88B0DD" w14:textId="77777777" w:rsidR="003B10BB" w:rsidRPr="00D53626" w:rsidRDefault="00E54967">
      <w:pPr>
        <w:jc w:val="center"/>
        <w:rPr>
          <w:sz w:val="28"/>
          <w:szCs w:val="24"/>
        </w:rPr>
      </w:pPr>
      <w:r w:rsidRPr="00D53626">
        <w:rPr>
          <w:b/>
          <w:i/>
          <w:color w:val="595959"/>
          <w:sz w:val="28"/>
          <w:szCs w:val="24"/>
        </w:rPr>
        <w:t>[Title of the abstract in sentence case]</w:t>
      </w:r>
    </w:p>
    <w:p w14:paraId="5FF5FF6D" w14:textId="4E071C7B" w:rsidR="003B10BB" w:rsidRPr="00D53626" w:rsidRDefault="00E54967" w:rsidP="00D53626">
      <w:pPr>
        <w:spacing w:line="360" w:lineRule="auto"/>
        <w:jc w:val="center"/>
        <w:rPr>
          <w:rFonts w:cs="Times New Roman"/>
          <w:szCs w:val="24"/>
        </w:rPr>
      </w:pPr>
      <w:r w:rsidRPr="00D53626">
        <w:rPr>
          <w:rFonts w:cs="Times New Roman"/>
          <w:szCs w:val="24"/>
        </w:rPr>
        <w:t>*Author One¹, Author Two², Author Three³, Author Four⁴</w:t>
      </w:r>
      <w:r w:rsidR="00980FA9" w:rsidRPr="00D53626">
        <w:rPr>
          <w:rFonts w:cs="Times New Roman"/>
          <w:szCs w:val="24"/>
        </w:rPr>
        <w:t>..........................</w:t>
      </w:r>
    </w:p>
    <w:p w14:paraId="737C3E24" w14:textId="3A4D6068" w:rsidR="00980FA9" w:rsidRPr="00D53626" w:rsidRDefault="00E54967" w:rsidP="00D533C8">
      <w:pPr>
        <w:spacing w:after="0" w:line="360" w:lineRule="auto"/>
        <w:jc w:val="both"/>
        <w:rPr>
          <w:rFonts w:cs="Times New Roman"/>
          <w:i/>
          <w:color w:val="595959"/>
          <w:szCs w:val="24"/>
        </w:rPr>
      </w:pPr>
      <w:proofErr w:type="gramStart"/>
      <w:r w:rsidRPr="00D53626">
        <w:rPr>
          <w:rFonts w:cs="Times New Roman"/>
          <w:i/>
          <w:color w:val="595959"/>
          <w:szCs w:val="24"/>
        </w:rPr>
        <w:t>¹[</w:t>
      </w:r>
      <w:proofErr w:type="gramEnd"/>
      <w:r w:rsidRPr="00D53626">
        <w:rPr>
          <w:rFonts w:cs="Times New Roman"/>
          <w:i/>
          <w:color w:val="595959"/>
          <w:szCs w:val="24"/>
        </w:rPr>
        <w:t>Full name of Author One], [designation], [department], [institution], [city], [country]</w:t>
      </w:r>
      <w:r w:rsidR="00980FA9" w:rsidRPr="00D53626">
        <w:rPr>
          <w:rFonts w:cs="Times New Roman"/>
          <w:i/>
          <w:color w:val="595959"/>
          <w:szCs w:val="24"/>
        </w:rPr>
        <w:t>,</w:t>
      </w:r>
      <w:r w:rsidR="00D53626">
        <w:rPr>
          <w:rFonts w:cs="Times New Roman"/>
          <w:i/>
          <w:color w:val="595959"/>
          <w:szCs w:val="24"/>
        </w:rPr>
        <w:t xml:space="preserve"> </w:t>
      </w:r>
      <w:r w:rsidR="00D53626" w:rsidRPr="00D53626">
        <w:rPr>
          <w:rFonts w:cs="Times New Roman"/>
          <w:i/>
          <w:color w:val="595959"/>
          <w:szCs w:val="24"/>
        </w:rPr>
        <w:t>[email address],</w:t>
      </w:r>
      <w:r w:rsidR="00980FA9" w:rsidRPr="00D53626">
        <w:rPr>
          <w:rFonts w:cs="Times New Roman"/>
          <w:i/>
          <w:color w:val="595959"/>
          <w:szCs w:val="24"/>
        </w:rPr>
        <w:t xml:space="preserve"> [ORCID </w:t>
      </w:r>
      <w:proofErr w:type="spellStart"/>
      <w:r w:rsidR="00980FA9" w:rsidRPr="00D53626">
        <w:rPr>
          <w:rFonts w:cs="Times New Roman"/>
          <w:i/>
          <w:color w:val="595959"/>
          <w:szCs w:val="24"/>
        </w:rPr>
        <w:t>iD</w:t>
      </w:r>
      <w:proofErr w:type="spellEnd"/>
      <w:r w:rsidR="00980FA9" w:rsidRPr="00D53626">
        <w:rPr>
          <w:rFonts w:cs="Times New Roman"/>
          <w:i/>
          <w:color w:val="595959"/>
          <w:szCs w:val="24"/>
        </w:rPr>
        <w:t>: https://orcid.org/0000-0000-0000-0000]</w:t>
      </w:r>
      <w:r w:rsidRPr="00D53626">
        <w:rPr>
          <w:rFonts w:cs="Times New Roman"/>
          <w:i/>
          <w:color w:val="595959"/>
          <w:szCs w:val="24"/>
        </w:rPr>
        <w:t xml:space="preserve">; </w:t>
      </w:r>
    </w:p>
    <w:p w14:paraId="50934375" w14:textId="34D549F3" w:rsidR="00980FA9" w:rsidRPr="00D53626" w:rsidRDefault="00E54967" w:rsidP="00D533C8">
      <w:pPr>
        <w:spacing w:after="0" w:line="360" w:lineRule="auto"/>
        <w:jc w:val="both"/>
        <w:rPr>
          <w:rFonts w:cs="Times New Roman"/>
          <w:i/>
          <w:color w:val="595959"/>
          <w:szCs w:val="24"/>
        </w:rPr>
      </w:pPr>
      <w:proofErr w:type="gramStart"/>
      <w:r w:rsidRPr="00D53626">
        <w:rPr>
          <w:rFonts w:cs="Times New Roman"/>
          <w:i/>
          <w:color w:val="595959"/>
          <w:szCs w:val="24"/>
        </w:rPr>
        <w:t>²[</w:t>
      </w:r>
      <w:proofErr w:type="gramEnd"/>
      <w:r w:rsidRPr="00D53626">
        <w:rPr>
          <w:rFonts w:cs="Times New Roman"/>
          <w:i/>
          <w:color w:val="595959"/>
          <w:szCs w:val="24"/>
        </w:rPr>
        <w:t>Full name of Author Two], [designation], [department], [institution], [city], [country]</w:t>
      </w:r>
      <w:r w:rsidR="00980FA9" w:rsidRPr="00D53626">
        <w:rPr>
          <w:rFonts w:cs="Times New Roman"/>
          <w:i/>
          <w:color w:val="595959"/>
          <w:szCs w:val="24"/>
        </w:rPr>
        <w:t>,</w:t>
      </w:r>
      <w:r w:rsidR="00D53626">
        <w:rPr>
          <w:rFonts w:cs="Times New Roman"/>
          <w:i/>
          <w:color w:val="595959"/>
          <w:szCs w:val="24"/>
        </w:rPr>
        <w:t xml:space="preserve"> </w:t>
      </w:r>
      <w:r w:rsidR="00D53626" w:rsidRPr="00D53626">
        <w:rPr>
          <w:rFonts w:cs="Times New Roman"/>
          <w:i/>
          <w:color w:val="595959"/>
          <w:szCs w:val="24"/>
        </w:rPr>
        <w:t>[email address],</w:t>
      </w:r>
      <w:r w:rsidR="00980FA9" w:rsidRPr="00D53626">
        <w:rPr>
          <w:rFonts w:cs="Times New Roman"/>
          <w:i/>
          <w:color w:val="595959"/>
          <w:szCs w:val="24"/>
        </w:rPr>
        <w:t xml:space="preserve"> [</w:t>
      </w:r>
      <w:r w:rsidR="00980FA9" w:rsidRPr="00D53626">
        <w:rPr>
          <w:rFonts w:cs="Times New Roman"/>
          <w:i/>
          <w:szCs w:val="24"/>
        </w:rPr>
        <w:t xml:space="preserve">ORCID </w:t>
      </w:r>
      <w:proofErr w:type="spellStart"/>
      <w:r w:rsidR="00980FA9" w:rsidRPr="00D53626">
        <w:rPr>
          <w:rFonts w:cs="Times New Roman"/>
          <w:i/>
          <w:szCs w:val="24"/>
        </w:rPr>
        <w:t>iD</w:t>
      </w:r>
      <w:proofErr w:type="spellEnd"/>
      <w:r w:rsidR="00980FA9" w:rsidRPr="00D53626">
        <w:rPr>
          <w:rFonts w:cs="Times New Roman"/>
          <w:i/>
          <w:szCs w:val="24"/>
        </w:rPr>
        <w:t>: https://orcid.org/0000-0000-0000-0000]</w:t>
      </w:r>
      <w:r w:rsidRPr="00D53626">
        <w:rPr>
          <w:rFonts w:cs="Times New Roman"/>
          <w:i/>
          <w:color w:val="595959"/>
          <w:szCs w:val="24"/>
        </w:rPr>
        <w:t xml:space="preserve">; </w:t>
      </w:r>
    </w:p>
    <w:p w14:paraId="70A0E6B5" w14:textId="3205B4BA" w:rsidR="00980FA9" w:rsidRPr="00D53626" w:rsidRDefault="00E54967" w:rsidP="00D533C8">
      <w:pPr>
        <w:spacing w:after="0" w:line="360" w:lineRule="auto"/>
        <w:jc w:val="both"/>
        <w:rPr>
          <w:rFonts w:cs="Times New Roman"/>
          <w:i/>
          <w:color w:val="595959"/>
          <w:szCs w:val="24"/>
        </w:rPr>
      </w:pPr>
      <w:proofErr w:type="gramStart"/>
      <w:r w:rsidRPr="00D53626">
        <w:rPr>
          <w:rFonts w:cs="Times New Roman"/>
          <w:i/>
          <w:color w:val="595959"/>
          <w:szCs w:val="24"/>
        </w:rPr>
        <w:t>³[</w:t>
      </w:r>
      <w:proofErr w:type="gramEnd"/>
      <w:r w:rsidRPr="00D53626">
        <w:rPr>
          <w:rFonts w:cs="Times New Roman"/>
          <w:i/>
          <w:color w:val="595959"/>
          <w:szCs w:val="24"/>
        </w:rPr>
        <w:t>Full name of Author Three], [designation], [department], [institution], [city], [country]</w:t>
      </w:r>
      <w:r w:rsidR="00980FA9" w:rsidRPr="00D53626">
        <w:rPr>
          <w:rFonts w:cs="Times New Roman"/>
          <w:i/>
          <w:color w:val="595959"/>
          <w:szCs w:val="24"/>
        </w:rPr>
        <w:t xml:space="preserve">, </w:t>
      </w:r>
      <w:r w:rsidR="00D53626" w:rsidRPr="00D53626">
        <w:rPr>
          <w:rFonts w:cs="Times New Roman"/>
          <w:i/>
          <w:color w:val="595959"/>
          <w:szCs w:val="24"/>
        </w:rPr>
        <w:t>[email address],</w:t>
      </w:r>
      <w:r w:rsidR="00D53626">
        <w:rPr>
          <w:rFonts w:cs="Times New Roman"/>
          <w:i/>
          <w:color w:val="595959"/>
          <w:szCs w:val="24"/>
        </w:rPr>
        <w:t xml:space="preserve"> </w:t>
      </w:r>
      <w:r w:rsidR="00980FA9" w:rsidRPr="00D53626">
        <w:rPr>
          <w:rFonts w:cs="Times New Roman"/>
          <w:i/>
          <w:color w:val="595959"/>
          <w:szCs w:val="24"/>
        </w:rPr>
        <w:t>[</w:t>
      </w:r>
      <w:r w:rsidR="00980FA9" w:rsidRPr="00D53626">
        <w:rPr>
          <w:rFonts w:cs="Times New Roman"/>
          <w:i/>
          <w:szCs w:val="24"/>
        </w:rPr>
        <w:t xml:space="preserve">ORCID </w:t>
      </w:r>
      <w:proofErr w:type="spellStart"/>
      <w:r w:rsidR="00980FA9" w:rsidRPr="00D53626">
        <w:rPr>
          <w:rFonts w:cs="Times New Roman"/>
          <w:i/>
          <w:szCs w:val="24"/>
        </w:rPr>
        <w:t>iD</w:t>
      </w:r>
      <w:proofErr w:type="spellEnd"/>
      <w:r w:rsidR="00980FA9" w:rsidRPr="00D53626">
        <w:rPr>
          <w:rFonts w:cs="Times New Roman"/>
          <w:i/>
          <w:szCs w:val="24"/>
        </w:rPr>
        <w:t>: https://orcid.org/0000-0000-0000-0000]</w:t>
      </w:r>
      <w:r w:rsidRPr="00D53626">
        <w:rPr>
          <w:rFonts w:cs="Times New Roman"/>
          <w:i/>
          <w:color w:val="595959"/>
          <w:szCs w:val="24"/>
        </w:rPr>
        <w:t xml:space="preserve">; </w:t>
      </w:r>
    </w:p>
    <w:p w14:paraId="7B54DD13" w14:textId="4ABC6DD6" w:rsidR="003B10BB" w:rsidRPr="00D53626" w:rsidRDefault="00E54967" w:rsidP="00D533C8">
      <w:pPr>
        <w:spacing w:after="0" w:line="360" w:lineRule="auto"/>
        <w:jc w:val="both"/>
        <w:rPr>
          <w:rFonts w:cs="Times New Roman"/>
          <w:i/>
          <w:szCs w:val="24"/>
        </w:rPr>
      </w:pPr>
      <w:proofErr w:type="gramStart"/>
      <w:r w:rsidRPr="00D53626">
        <w:rPr>
          <w:rFonts w:cs="Times New Roman"/>
          <w:i/>
          <w:color w:val="595959"/>
          <w:szCs w:val="24"/>
        </w:rPr>
        <w:t>⁴[</w:t>
      </w:r>
      <w:proofErr w:type="gramEnd"/>
      <w:r w:rsidRPr="00D53626">
        <w:rPr>
          <w:rFonts w:cs="Times New Roman"/>
          <w:i/>
          <w:color w:val="595959"/>
          <w:szCs w:val="24"/>
        </w:rPr>
        <w:t>Full name of Author Four], [designation], [department], [institution], [city], [country]</w:t>
      </w:r>
      <w:r w:rsidR="00980FA9" w:rsidRPr="00D53626">
        <w:rPr>
          <w:rFonts w:cs="Times New Roman"/>
          <w:i/>
          <w:color w:val="595959"/>
          <w:szCs w:val="24"/>
        </w:rPr>
        <w:t xml:space="preserve">, </w:t>
      </w:r>
      <w:r w:rsidR="00D53626" w:rsidRPr="00D53626">
        <w:rPr>
          <w:rFonts w:cs="Times New Roman"/>
          <w:i/>
          <w:color w:val="595959"/>
          <w:szCs w:val="24"/>
        </w:rPr>
        <w:t>[email address],</w:t>
      </w:r>
      <w:r w:rsidR="00D53626">
        <w:rPr>
          <w:rFonts w:cs="Times New Roman"/>
          <w:i/>
          <w:color w:val="595959"/>
          <w:szCs w:val="24"/>
        </w:rPr>
        <w:t xml:space="preserve"> </w:t>
      </w:r>
      <w:r w:rsidR="00980FA9" w:rsidRPr="00D53626">
        <w:rPr>
          <w:rFonts w:cs="Times New Roman"/>
          <w:i/>
          <w:color w:val="595959"/>
          <w:szCs w:val="24"/>
        </w:rPr>
        <w:t>[</w:t>
      </w:r>
      <w:r w:rsidR="00980FA9" w:rsidRPr="00D53626">
        <w:rPr>
          <w:rFonts w:cs="Times New Roman"/>
          <w:i/>
          <w:szCs w:val="24"/>
        </w:rPr>
        <w:t xml:space="preserve">ORCID </w:t>
      </w:r>
      <w:proofErr w:type="spellStart"/>
      <w:r w:rsidR="00980FA9" w:rsidRPr="00D53626">
        <w:rPr>
          <w:rFonts w:cs="Times New Roman"/>
          <w:i/>
          <w:szCs w:val="24"/>
        </w:rPr>
        <w:t>iD</w:t>
      </w:r>
      <w:proofErr w:type="spellEnd"/>
      <w:r w:rsidR="00980FA9" w:rsidRPr="00D53626">
        <w:rPr>
          <w:rFonts w:cs="Times New Roman"/>
          <w:i/>
          <w:szCs w:val="24"/>
        </w:rPr>
        <w:t>: https://orcid.org/0000-0000-0000-0000]</w:t>
      </w:r>
    </w:p>
    <w:p w14:paraId="31BF5F7E" w14:textId="0B91C9AC" w:rsidR="00980FA9" w:rsidRPr="00D53626" w:rsidRDefault="005C35C8" w:rsidP="00D533C8">
      <w:pPr>
        <w:spacing w:after="0" w:line="360" w:lineRule="auto"/>
        <w:jc w:val="both"/>
        <w:rPr>
          <w:rFonts w:cs="Times New Roman"/>
          <w:i/>
          <w:iCs/>
          <w:szCs w:val="24"/>
        </w:rPr>
      </w:pPr>
      <w:r w:rsidRPr="00D53626">
        <w:rPr>
          <w:rFonts w:cs="Times New Roman"/>
          <w:i/>
          <w:iCs/>
          <w:szCs w:val="24"/>
        </w:rPr>
        <w:t>[Add more authors if and as needed]</w:t>
      </w:r>
    </w:p>
    <w:p w14:paraId="01B21200" w14:textId="77777777" w:rsidR="003B10BB" w:rsidRPr="00D53626" w:rsidRDefault="00E54967" w:rsidP="00D53626">
      <w:pPr>
        <w:pStyle w:val="Heading2"/>
        <w:spacing w:line="360" w:lineRule="auto"/>
        <w:rPr>
          <w:rFonts w:ascii="Times New Roman" w:hAnsi="Times New Roman" w:cs="Times New Roman"/>
          <w:szCs w:val="24"/>
        </w:rPr>
      </w:pPr>
      <w:r w:rsidRPr="00D53626">
        <w:rPr>
          <w:rFonts w:ascii="Times New Roman" w:hAnsi="Times New Roman" w:cs="Times New Roman"/>
          <w:szCs w:val="24"/>
        </w:rPr>
        <w:t>Abstract</w:t>
      </w:r>
    </w:p>
    <w:p w14:paraId="66D3CC0B" w14:textId="1B0DDBEC" w:rsidR="00D902C3" w:rsidRPr="00D53626" w:rsidRDefault="00E54967" w:rsidP="00D53626">
      <w:pPr>
        <w:spacing w:after="80" w:line="360" w:lineRule="auto"/>
        <w:rPr>
          <w:rFonts w:cs="Times New Roman"/>
          <w:i/>
          <w:color w:val="595959"/>
          <w:szCs w:val="24"/>
        </w:rPr>
      </w:pPr>
      <w:r w:rsidRPr="00D53626">
        <w:rPr>
          <w:rFonts w:cs="Times New Roman"/>
          <w:b/>
          <w:szCs w:val="24"/>
        </w:rPr>
        <w:t>Background:</w:t>
      </w:r>
      <w:r w:rsidRPr="00D53626">
        <w:rPr>
          <w:rFonts w:cs="Times New Roman"/>
          <w:i/>
          <w:color w:val="595959"/>
          <w:szCs w:val="24"/>
        </w:rPr>
        <w:t xml:space="preserve"> </w:t>
      </w:r>
      <w:r w:rsidR="00D902C3" w:rsidRPr="00D53626">
        <w:rPr>
          <w:rFonts w:cs="Times New Roman"/>
          <w:i/>
          <w:color w:val="595959"/>
          <w:szCs w:val="24"/>
        </w:rPr>
        <w:t>[Write in 1 – 2 sentences about the background and knowledge gap.]</w:t>
      </w:r>
    </w:p>
    <w:p w14:paraId="09E15496" w14:textId="5F8E07F3" w:rsidR="003B10BB" w:rsidRPr="00D53626" w:rsidRDefault="00E54967" w:rsidP="00D53626">
      <w:pPr>
        <w:spacing w:after="80" w:line="360" w:lineRule="auto"/>
        <w:rPr>
          <w:rFonts w:cs="Times New Roman"/>
          <w:szCs w:val="24"/>
        </w:rPr>
      </w:pPr>
      <w:r w:rsidRPr="00D53626">
        <w:rPr>
          <w:rFonts w:cs="Times New Roman"/>
          <w:b/>
          <w:szCs w:val="24"/>
        </w:rPr>
        <w:t>Objectives:</w:t>
      </w:r>
      <w:r w:rsidRPr="00D53626">
        <w:rPr>
          <w:rFonts w:cs="Times New Roman"/>
          <w:i/>
          <w:color w:val="595959"/>
          <w:szCs w:val="24"/>
        </w:rPr>
        <w:t xml:space="preserve"> [</w:t>
      </w:r>
      <w:r w:rsidR="004A6628" w:rsidRPr="00D53626">
        <w:rPr>
          <w:rFonts w:cs="Times New Roman"/>
          <w:i/>
          <w:color w:val="595959"/>
          <w:szCs w:val="24"/>
        </w:rPr>
        <w:t>Start with ‘To’ and write in one incomplete sentence of your main research objective</w:t>
      </w:r>
      <w:r w:rsidRPr="00D53626">
        <w:rPr>
          <w:rFonts w:cs="Times New Roman"/>
          <w:i/>
          <w:color w:val="595959"/>
          <w:szCs w:val="24"/>
        </w:rPr>
        <w:t>]</w:t>
      </w:r>
    </w:p>
    <w:p w14:paraId="2476B98A" w14:textId="2B38D428" w:rsidR="003B10BB" w:rsidRPr="00D53626" w:rsidRDefault="00E54967" w:rsidP="00D53626">
      <w:pPr>
        <w:spacing w:after="80" w:line="360" w:lineRule="auto"/>
        <w:rPr>
          <w:rFonts w:cs="Times New Roman"/>
          <w:szCs w:val="24"/>
        </w:rPr>
      </w:pPr>
      <w:r w:rsidRPr="00D53626">
        <w:rPr>
          <w:rFonts w:cs="Times New Roman"/>
          <w:b/>
          <w:szCs w:val="24"/>
        </w:rPr>
        <w:t>Methods:</w:t>
      </w:r>
      <w:r w:rsidRPr="00D53626">
        <w:rPr>
          <w:rFonts w:cs="Times New Roman"/>
          <w:i/>
          <w:color w:val="595959"/>
          <w:szCs w:val="24"/>
        </w:rPr>
        <w:t xml:space="preserve"> [</w:t>
      </w:r>
      <w:r w:rsidR="004A6628" w:rsidRPr="00D53626">
        <w:rPr>
          <w:rFonts w:cs="Times New Roman"/>
          <w:i/>
          <w:color w:val="595959"/>
          <w:szCs w:val="24"/>
        </w:rPr>
        <w:t>Write briefly about study design, place, duration, sampling technique, study protocol, and operational definitions</w:t>
      </w:r>
      <w:r w:rsidRPr="00D53626">
        <w:rPr>
          <w:rFonts w:cs="Times New Roman"/>
          <w:i/>
          <w:color w:val="595959"/>
          <w:szCs w:val="24"/>
        </w:rPr>
        <w:t>]</w:t>
      </w:r>
    </w:p>
    <w:p w14:paraId="79B89BB3" w14:textId="6A630EBE" w:rsidR="003B10BB" w:rsidRPr="00D53626" w:rsidRDefault="00E54967" w:rsidP="00D53626">
      <w:pPr>
        <w:spacing w:after="80" w:line="360" w:lineRule="auto"/>
        <w:rPr>
          <w:rFonts w:cs="Times New Roman"/>
          <w:szCs w:val="24"/>
        </w:rPr>
      </w:pPr>
      <w:r w:rsidRPr="00D53626">
        <w:rPr>
          <w:rFonts w:cs="Times New Roman"/>
          <w:b/>
          <w:szCs w:val="24"/>
        </w:rPr>
        <w:t>Results:</w:t>
      </w:r>
      <w:r w:rsidRPr="00D53626">
        <w:rPr>
          <w:rFonts w:cs="Times New Roman"/>
          <w:i/>
          <w:color w:val="595959"/>
          <w:szCs w:val="24"/>
        </w:rPr>
        <w:t xml:space="preserve"> [</w:t>
      </w:r>
      <w:r w:rsidR="004A6628" w:rsidRPr="00D53626">
        <w:rPr>
          <w:rFonts w:cs="Times New Roman"/>
          <w:i/>
          <w:color w:val="595959"/>
          <w:szCs w:val="24"/>
        </w:rPr>
        <w:t>Write one sentence about the baseline essential features of your study population. Then describe your findings according to your objective.</w:t>
      </w:r>
      <w:r w:rsidRPr="00D53626">
        <w:rPr>
          <w:rFonts w:cs="Times New Roman"/>
          <w:i/>
          <w:color w:val="595959"/>
          <w:szCs w:val="24"/>
        </w:rPr>
        <w:t>]</w:t>
      </w:r>
    </w:p>
    <w:p w14:paraId="3A3A278D" w14:textId="263D8A1F" w:rsidR="003B10BB" w:rsidRPr="00D53626" w:rsidRDefault="00E54967" w:rsidP="00D53626">
      <w:pPr>
        <w:spacing w:after="80" w:line="360" w:lineRule="auto"/>
        <w:rPr>
          <w:rFonts w:cs="Times New Roman"/>
          <w:szCs w:val="24"/>
        </w:rPr>
      </w:pPr>
      <w:r w:rsidRPr="00D53626">
        <w:rPr>
          <w:rFonts w:cs="Times New Roman"/>
          <w:b/>
          <w:szCs w:val="24"/>
        </w:rPr>
        <w:t>Conclusion</w:t>
      </w:r>
      <w:r w:rsidR="00AF3956" w:rsidRPr="00D53626">
        <w:rPr>
          <w:rFonts w:cs="Times New Roman"/>
          <w:b/>
          <w:szCs w:val="24"/>
        </w:rPr>
        <w:t>s</w:t>
      </w:r>
      <w:r w:rsidRPr="00D53626">
        <w:rPr>
          <w:rFonts w:cs="Times New Roman"/>
          <w:b/>
          <w:szCs w:val="24"/>
        </w:rPr>
        <w:t>:</w:t>
      </w:r>
      <w:r w:rsidRPr="00D53626">
        <w:rPr>
          <w:rFonts w:cs="Times New Roman"/>
          <w:i/>
          <w:color w:val="595959"/>
          <w:szCs w:val="24"/>
        </w:rPr>
        <w:t xml:space="preserve"> [</w:t>
      </w:r>
      <w:r w:rsidR="00D902C3" w:rsidRPr="00D53626">
        <w:rPr>
          <w:rFonts w:cs="Times New Roman"/>
          <w:i/>
          <w:color w:val="595959"/>
          <w:szCs w:val="24"/>
        </w:rPr>
        <w:t>Write the objective-oriented summary and recommendations in 1 – 2 sentences</w:t>
      </w:r>
      <w:r w:rsidRPr="00D53626">
        <w:rPr>
          <w:rFonts w:cs="Times New Roman"/>
          <w:i/>
          <w:color w:val="595959"/>
          <w:szCs w:val="24"/>
        </w:rPr>
        <w:t>.]</w:t>
      </w:r>
    </w:p>
    <w:p w14:paraId="640C1A12" w14:textId="77777777" w:rsidR="003B10BB" w:rsidRPr="00D53626" w:rsidRDefault="00E54967" w:rsidP="00D53626">
      <w:pPr>
        <w:spacing w:after="80" w:line="360" w:lineRule="auto"/>
        <w:rPr>
          <w:rFonts w:cs="Times New Roman"/>
          <w:szCs w:val="24"/>
        </w:rPr>
      </w:pPr>
      <w:r w:rsidRPr="00D53626">
        <w:rPr>
          <w:rFonts w:cs="Times New Roman"/>
          <w:b/>
          <w:szCs w:val="24"/>
        </w:rPr>
        <w:t>Keywords:</w:t>
      </w:r>
      <w:r w:rsidRPr="00D53626">
        <w:rPr>
          <w:rFonts w:cs="Times New Roman"/>
          <w:i/>
          <w:color w:val="595959"/>
          <w:szCs w:val="24"/>
        </w:rPr>
        <w:t xml:space="preserve"> [Keyword 1; Keyword 2; Keyword 3; Keyword 4; Keyword 5]</w:t>
      </w:r>
    </w:p>
    <w:p w14:paraId="3F511A2D" w14:textId="77777777" w:rsidR="003B10BB" w:rsidRPr="00D53626" w:rsidRDefault="00E54967" w:rsidP="00D53626">
      <w:pPr>
        <w:pStyle w:val="Heading2"/>
        <w:spacing w:line="360" w:lineRule="auto"/>
        <w:rPr>
          <w:rFonts w:ascii="Times New Roman" w:hAnsi="Times New Roman" w:cs="Times New Roman"/>
          <w:szCs w:val="24"/>
        </w:rPr>
      </w:pPr>
      <w:r w:rsidRPr="00D53626">
        <w:rPr>
          <w:rFonts w:ascii="Times New Roman" w:hAnsi="Times New Roman" w:cs="Times New Roman"/>
          <w:szCs w:val="24"/>
        </w:rPr>
        <w:t>Presenting and corresponding author</w:t>
      </w:r>
    </w:p>
    <w:p w14:paraId="57A45978" w14:textId="7F9A302C" w:rsidR="003B10BB" w:rsidRPr="00D53626" w:rsidRDefault="00E54967" w:rsidP="00D53626">
      <w:pPr>
        <w:spacing w:after="80" w:line="360" w:lineRule="auto"/>
        <w:rPr>
          <w:rFonts w:cs="Times New Roman"/>
          <w:szCs w:val="24"/>
        </w:rPr>
      </w:pPr>
      <w:r w:rsidRPr="00D53626">
        <w:rPr>
          <w:rFonts w:cs="Times New Roman"/>
          <w:i/>
          <w:color w:val="595959"/>
          <w:szCs w:val="24"/>
        </w:rPr>
        <w:t>[Name], [designation], [department], [institution], [city], [country]</w:t>
      </w:r>
      <w:r w:rsidR="00D53626" w:rsidRPr="00D53626">
        <w:rPr>
          <w:rFonts w:cs="Times New Roman"/>
          <w:i/>
          <w:color w:val="595959"/>
          <w:szCs w:val="24"/>
        </w:rPr>
        <w:t xml:space="preserve">, </w:t>
      </w:r>
      <w:r w:rsidRPr="00D53626">
        <w:rPr>
          <w:rFonts w:cs="Times New Roman"/>
          <w:i/>
          <w:color w:val="595959"/>
          <w:szCs w:val="24"/>
        </w:rPr>
        <w:t>[mobile number]</w:t>
      </w:r>
      <w:r w:rsidR="00D53626" w:rsidRPr="00D53626">
        <w:rPr>
          <w:rFonts w:cs="Times New Roman"/>
          <w:i/>
          <w:color w:val="595959"/>
          <w:szCs w:val="24"/>
        </w:rPr>
        <w:t>,</w:t>
      </w:r>
      <w:r w:rsidRPr="00D53626">
        <w:rPr>
          <w:rFonts w:cs="Times New Roman"/>
          <w:i/>
          <w:color w:val="595959"/>
          <w:szCs w:val="24"/>
        </w:rPr>
        <w:t xml:space="preserve"> [email address]</w:t>
      </w:r>
      <w:r w:rsidR="00D53626" w:rsidRPr="00D53626">
        <w:rPr>
          <w:rFonts w:cs="Times New Roman"/>
          <w:i/>
          <w:color w:val="595959"/>
          <w:szCs w:val="24"/>
        </w:rPr>
        <w:t xml:space="preserve">, [ORCID </w:t>
      </w:r>
      <w:proofErr w:type="spellStart"/>
      <w:r w:rsidR="00D53626" w:rsidRPr="00D53626">
        <w:rPr>
          <w:rFonts w:cs="Times New Roman"/>
          <w:i/>
          <w:color w:val="595959"/>
          <w:szCs w:val="24"/>
        </w:rPr>
        <w:t>iD</w:t>
      </w:r>
      <w:proofErr w:type="spellEnd"/>
      <w:r w:rsidR="00D53626" w:rsidRPr="00D53626">
        <w:rPr>
          <w:rFonts w:cs="Times New Roman"/>
          <w:i/>
          <w:color w:val="595959"/>
          <w:szCs w:val="24"/>
        </w:rPr>
        <w:t>: https://orcid.org/0000-0000-0000-0000]</w:t>
      </w:r>
    </w:p>
    <w:p w14:paraId="570936B8" w14:textId="12F8D585" w:rsidR="003B10BB" w:rsidRDefault="00E54967" w:rsidP="00D53626">
      <w:pPr>
        <w:spacing w:line="360" w:lineRule="auto"/>
        <w:rPr>
          <w:rFonts w:cs="Times New Roman"/>
          <w:i/>
          <w:szCs w:val="24"/>
        </w:rPr>
      </w:pPr>
      <w:r w:rsidRPr="00D53626">
        <w:rPr>
          <w:rFonts w:cs="Times New Roman"/>
          <w:i/>
          <w:szCs w:val="24"/>
        </w:rPr>
        <w:t>If the presenting author and corresponding author are different, please provide details for both.</w:t>
      </w:r>
    </w:p>
    <w:p w14:paraId="55132907" w14:textId="77777777" w:rsidR="006A4C13" w:rsidRDefault="006A4C13" w:rsidP="006A4C13">
      <w:pPr>
        <w:rPr>
          <w:rFonts w:cs="Times New Roman"/>
          <w:color w:val="948A54" w:themeColor="background2" w:themeShade="80"/>
          <w:szCs w:val="24"/>
        </w:rPr>
      </w:pPr>
      <w:r>
        <w:rPr>
          <w:rFonts w:cs="Times New Roman"/>
          <w:b/>
          <w:color w:val="000000" w:themeColor="text1"/>
          <w:szCs w:val="24"/>
        </w:rPr>
        <w:t>Conflict of interest:</w:t>
      </w:r>
      <w:r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948A54" w:themeColor="background2" w:themeShade="80"/>
          <w:szCs w:val="24"/>
        </w:rPr>
        <w:t>Declare your conflict of interests</w:t>
      </w:r>
    </w:p>
    <w:p w14:paraId="5B19E202" w14:textId="77777777" w:rsidR="006A4C13" w:rsidRDefault="006A4C13" w:rsidP="006A4C13">
      <w:pPr>
        <w:rPr>
          <w:rFonts w:cs="Times New Roman"/>
          <w:szCs w:val="24"/>
        </w:rPr>
      </w:pPr>
      <w:r>
        <w:rPr>
          <w:rFonts w:cs="Times New Roman"/>
          <w:b/>
          <w:color w:val="000000" w:themeColor="text1"/>
          <w:szCs w:val="24"/>
        </w:rPr>
        <w:t>Preferred way of presentation:</w:t>
      </w:r>
      <w:r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948A54" w:themeColor="background2" w:themeShade="80"/>
          <w:szCs w:val="24"/>
        </w:rPr>
        <w:t>Oral or Poster</w:t>
      </w:r>
    </w:p>
    <w:p w14:paraId="6F241047" w14:textId="77777777" w:rsidR="006A4C13" w:rsidRPr="00D53626" w:rsidRDefault="006A4C13" w:rsidP="00D53626">
      <w:pPr>
        <w:spacing w:line="360" w:lineRule="auto"/>
        <w:rPr>
          <w:rFonts w:cs="Times New Roman"/>
          <w:szCs w:val="24"/>
        </w:rPr>
      </w:pPr>
    </w:p>
    <w:p w14:paraId="66308510" w14:textId="0E5B3234" w:rsidR="00985FB9" w:rsidRDefault="00985FB9" w:rsidP="00061C83">
      <w:pPr>
        <w:spacing w:after="200" w:line="276" w:lineRule="auto"/>
      </w:pPr>
      <w:r>
        <w:rPr>
          <w:rFonts w:cs="Times New Roman"/>
          <w:szCs w:val="24"/>
        </w:rPr>
        <w:br w:type="page"/>
      </w:r>
    </w:p>
    <w:p w14:paraId="6E6D9A51" w14:textId="10CB2E4F" w:rsidR="00985FB9" w:rsidRDefault="00985FB9" w:rsidP="00985FB9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C88B502" wp14:editId="3394F401">
                <wp:simplePos x="0" y="0"/>
                <wp:positionH relativeFrom="column">
                  <wp:posOffset>5414010</wp:posOffset>
                </wp:positionH>
                <wp:positionV relativeFrom="paragraph">
                  <wp:posOffset>-615950</wp:posOffset>
                </wp:positionV>
                <wp:extent cx="1422400" cy="1365250"/>
                <wp:effectExtent l="0" t="0" r="254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1365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FDE99D4" w14:textId="77777777" w:rsidR="00985FB9" w:rsidRDefault="00985FB9" w:rsidP="00985FB9"/>
                          <w:p w14:paraId="09C0154A" w14:textId="77777777" w:rsidR="00985FB9" w:rsidRPr="00345F11" w:rsidRDefault="00985FB9" w:rsidP="00985FB9">
                            <w:pPr>
                              <w:jc w:val="center"/>
                              <w:rPr>
                                <w:color w:val="C4BC96" w:themeColor="background2" w:themeShade="BF"/>
                              </w:rPr>
                            </w:pPr>
                            <w:r w:rsidRPr="00345F11">
                              <w:rPr>
                                <w:color w:val="C4BC96" w:themeColor="background2" w:themeShade="BF"/>
                              </w:rPr>
                              <w:t xml:space="preserve">A 2 inch </w:t>
                            </w:r>
                            <w:r w:rsidRPr="00345F11">
                              <w:rPr>
                                <w:rFonts w:cs="Times New Roman"/>
                                <w:color w:val="C4BC96" w:themeColor="background2" w:themeShade="BF"/>
                              </w:rPr>
                              <w:t>×</w:t>
                            </w:r>
                            <w:r w:rsidRPr="00345F11">
                              <w:rPr>
                                <w:color w:val="C4BC96" w:themeColor="background2" w:themeShade="BF"/>
                              </w:rPr>
                              <w:t xml:space="preserve"> </w:t>
                            </w:r>
                            <w:proofErr w:type="gramStart"/>
                            <w:r w:rsidRPr="00345F11">
                              <w:rPr>
                                <w:color w:val="C4BC96" w:themeColor="background2" w:themeShade="BF"/>
                              </w:rPr>
                              <w:t>2 inch</w:t>
                            </w:r>
                            <w:proofErr w:type="gramEnd"/>
                            <w:r w:rsidRPr="00345F11">
                              <w:rPr>
                                <w:color w:val="C4BC96" w:themeColor="background2" w:themeShade="BF"/>
                              </w:rPr>
                              <w:t xml:space="preserve"> photograph of the presenting author </w:t>
                            </w:r>
                            <w:proofErr w:type="gramStart"/>
                            <w:r w:rsidRPr="00345F11">
                              <w:rPr>
                                <w:color w:val="C4BC96" w:themeColor="background2" w:themeShade="BF"/>
                              </w:rPr>
                              <w:t>has to</w:t>
                            </w:r>
                            <w:proofErr w:type="gramEnd"/>
                            <w:r w:rsidRPr="00345F11">
                              <w:rPr>
                                <w:color w:val="C4BC96" w:themeColor="background2" w:themeShade="BF"/>
                              </w:rPr>
                              <w:t xml:space="preserve"> be pasted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8B502" id="Text Box 2" o:spid="_x0000_s1027" type="#_x0000_t202" style="position:absolute;margin-left:426.3pt;margin-top:-48.5pt;width:112pt;height:107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" fillcolor="window" strokeweight=".5pt">
                <v:textbox>
                  <w:txbxContent>
                    <w:p w14:paraId="2FDE99D4" w14:textId="77777777" w:rsidR="00985FB9" w:rsidRDefault="00985FB9" w:rsidP="00985FB9"/>
                    <w:p w14:paraId="09C0154A" w14:textId="77777777" w:rsidR="00985FB9" w:rsidRPr="00345F11" w:rsidRDefault="00985FB9" w:rsidP="00985FB9">
                      <w:pPr>
                        <w:jc w:val="center"/>
                        <w:rPr>
                          <w:color w:val="C4BC96" w:themeColor="background2" w:themeShade="BF"/>
                        </w:rPr>
                      </w:pPr>
                      <w:r w:rsidRPr="00345F11">
                        <w:rPr>
                          <w:color w:val="C4BC96" w:themeColor="background2" w:themeShade="BF"/>
                        </w:rPr>
                        <w:t xml:space="preserve">A 2 inch </w:t>
                      </w:r>
                      <w:r w:rsidRPr="00345F11">
                        <w:rPr>
                          <w:rFonts w:cs="Times New Roman"/>
                          <w:color w:val="C4BC96" w:themeColor="background2" w:themeShade="BF"/>
                        </w:rPr>
                        <w:t>×</w:t>
                      </w:r>
                      <w:r w:rsidRPr="00345F11">
                        <w:rPr>
                          <w:color w:val="C4BC96" w:themeColor="background2" w:themeShade="BF"/>
                        </w:rPr>
                        <w:t xml:space="preserve"> </w:t>
                      </w:r>
                      <w:proofErr w:type="gramStart"/>
                      <w:r w:rsidRPr="00345F11">
                        <w:rPr>
                          <w:color w:val="C4BC96" w:themeColor="background2" w:themeShade="BF"/>
                        </w:rPr>
                        <w:t>2 inch</w:t>
                      </w:r>
                      <w:proofErr w:type="gramEnd"/>
                      <w:r w:rsidRPr="00345F11">
                        <w:rPr>
                          <w:color w:val="C4BC96" w:themeColor="background2" w:themeShade="BF"/>
                        </w:rPr>
                        <w:t xml:space="preserve"> photograph of the presenting author </w:t>
                      </w:r>
                      <w:proofErr w:type="gramStart"/>
                      <w:r w:rsidRPr="00345F11">
                        <w:rPr>
                          <w:color w:val="C4BC96" w:themeColor="background2" w:themeShade="BF"/>
                        </w:rPr>
                        <w:t>has to</w:t>
                      </w:r>
                      <w:proofErr w:type="gramEnd"/>
                      <w:r w:rsidRPr="00345F11">
                        <w:rPr>
                          <w:color w:val="C4BC96" w:themeColor="background2" w:themeShade="BF"/>
                        </w:rPr>
                        <w:t xml:space="preserve"> be pasted here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Submission template for Case reports/case series </w:t>
      </w:r>
    </w:p>
    <w:p w14:paraId="7DC5F7A7" w14:textId="77777777" w:rsidR="00985FB9" w:rsidRPr="00692BED" w:rsidRDefault="00985FB9" w:rsidP="00985FB9"/>
    <w:p w14:paraId="2EBAC6F7" w14:textId="77777777" w:rsidR="00985FB9" w:rsidRPr="00D53626" w:rsidRDefault="00985FB9" w:rsidP="00985FB9">
      <w:pPr>
        <w:jc w:val="center"/>
        <w:rPr>
          <w:sz w:val="28"/>
          <w:szCs w:val="24"/>
        </w:rPr>
      </w:pPr>
      <w:r w:rsidRPr="00D53626">
        <w:rPr>
          <w:b/>
          <w:i/>
          <w:color w:val="595959"/>
          <w:sz w:val="28"/>
          <w:szCs w:val="24"/>
        </w:rPr>
        <w:t>[Title of the abstract in sentence case]</w:t>
      </w:r>
    </w:p>
    <w:p w14:paraId="4E6FD0F7" w14:textId="77777777" w:rsidR="00985FB9" w:rsidRPr="00D53626" w:rsidRDefault="00985FB9" w:rsidP="00985FB9">
      <w:pPr>
        <w:spacing w:line="360" w:lineRule="auto"/>
        <w:jc w:val="center"/>
        <w:rPr>
          <w:rFonts w:cs="Times New Roman"/>
          <w:szCs w:val="24"/>
        </w:rPr>
      </w:pPr>
      <w:r w:rsidRPr="00D53626">
        <w:rPr>
          <w:rFonts w:cs="Times New Roman"/>
          <w:szCs w:val="24"/>
        </w:rPr>
        <w:t>*Author One¹, Author Two², Author Three³, Author Four⁴..........................</w:t>
      </w:r>
    </w:p>
    <w:p w14:paraId="32B06867" w14:textId="77777777" w:rsidR="00985FB9" w:rsidRPr="00D53626" w:rsidRDefault="00985FB9" w:rsidP="00985FB9">
      <w:pPr>
        <w:spacing w:after="0" w:line="360" w:lineRule="auto"/>
        <w:jc w:val="both"/>
        <w:rPr>
          <w:rFonts w:cs="Times New Roman"/>
          <w:i/>
          <w:color w:val="595959"/>
          <w:szCs w:val="24"/>
        </w:rPr>
      </w:pPr>
      <w:proofErr w:type="gramStart"/>
      <w:r w:rsidRPr="00D53626">
        <w:rPr>
          <w:rFonts w:cs="Times New Roman"/>
          <w:i/>
          <w:color w:val="595959"/>
          <w:szCs w:val="24"/>
        </w:rPr>
        <w:t>¹[</w:t>
      </w:r>
      <w:proofErr w:type="gramEnd"/>
      <w:r w:rsidRPr="00D53626">
        <w:rPr>
          <w:rFonts w:cs="Times New Roman"/>
          <w:i/>
          <w:color w:val="595959"/>
          <w:szCs w:val="24"/>
        </w:rPr>
        <w:t>Full name of Author One], [designation], [department], [institution], [city], [country],</w:t>
      </w:r>
      <w:r>
        <w:rPr>
          <w:rFonts w:cs="Times New Roman"/>
          <w:i/>
          <w:color w:val="595959"/>
          <w:szCs w:val="24"/>
        </w:rPr>
        <w:t xml:space="preserve"> </w:t>
      </w:r>
      <w:r w:rsidRPr="00D53626">
        <w:rPr>
          <w:rFonts w:cs="Times New Roman"/>
          <w:i/>
          <w:color w:val="595959"/>
          <w:szCs w:val="24"/>
        </w:rPr>
        <w:t xml:space="preserve">[email address], [ORCID </w:t>
      </w:r>
      <w:proofErr w:type="spellStart"/>
      <w:r w:rsidRPr="00D53626">
        <w:rPr>
          <w:rFonts w:cs="Times New Roman"/>
          <w:i/>
          <w:color w:val="595959"/>
          <w:szCs w:val="24"/>
        </w:rPr>
        <w:t>iD</w:t>
      </w:r>
      <w:proofErr w:type="spellEnd"/>
      <w:r w:rsidRPr="00D53626">
        <w:rPr>
          <w:rFonts w:cs="Times New Roman"/>
          <w:i/>
          <w:color w:val="595959"/>
          <w:szCs w:val="24"/>
        </w:rPr>
        <w:t xml:space="preserve">: https://orcid.org/0000-0000-0000-0000]; </w:t>
      </w:r>
    </w:p>
    <w:p w14:paraId="34A1F4A3" w14:textId="77777777" w:rsidR="00985FB9" w:rsidRPr="00D53626" w:rsidRDefault="00985FB9" w:rsidP="00985FB9">
      <w:pPr>
        <w:spacing w:after="0" w:line="360" w:lineRule="auto"/>
        <w:jc w:val="both"/>
        <w:rPr>
          <w:rFonts w:cs="Times New Roman"/>
          <w:i/>
          <w:color w:val="595959"/>
          <w:szCs w:val="24"/>
        </w:rPr>
      </w:pPr>
      <w:proofErr w:type="gramStart"/>
      <w:r w:rsidRPr="00D53626">
        <w:rPr>
          <w:rFonts w:cs="Times New Roman"/>
          <w:i/>
          <w:color w:val="595959"/>
          <w:szCs w:val="24"/>
        </w:rPr>
        <w:t>²[</w:t>
      </w:r>
      <w:proofErr w:type="gramEnd"/>
      <w:r w:rsidRPr="00D53626">
        <w:rPr>
          <w:rFonts w:cs="Times New Roman"/>
          <w:i/>
          <w:color w:val="595959"/>
          <w:szCs w:val="24"/>
        </w:rPr>
        <w:t>Full name of Author Two], [designation], [department], [institution], [city], [country],</w:t>
      </w:r>
      <w:r>
        <w:rPr>
          <w:rFonts w:cs="Times New Roman"/>
          <w:i/>
          <w:color w:val="595959"/>
          <w:szCs w:val="24"/>
        </w:rPr>
        <w:t xml:space="preserve"> </w:t>
      </w:r>
      <w:r w:rsidRPr="00D53626">
        <w:rPr>
          <w:rFonts w:cs="Times New Roman"/>
          <w:i/>
          <w:color w:val="595959"/>
          <w:szCs w:val="24"/>
        </w:rPr>
        <w:t>[email address], [</w:t>
      </w:r>
      <w:r w:rsidRPr="00D53626">
        <w:rPr>
          <w:rFonts w:cs="Times New Roman"/>
          <w:i/>
          <w:szCs w:val="24"/>
        </w:rPr>
        <w:t xml:space="preserve">ORCID </w:t>
      </w:r>
      <w:proofErr w:type="spellStart"/>
      <w:r w:rsidRPr="00D53626">
        <w:rPr>
          <w:rFonts w:cs="Times New Roman"/>
          <w:i/>
          <w:szCs w:val="24"/>
        </w:rPr>
        <w:t>iD</w:t>
      </w:r>
      <w:proofErr w:type="spellEnd"/>
      <w:r w:rsidRPr="00D53626">
        <w:rPr>
          <w:rFonts w:cs="Times New Roman"/>
          <w:i/>
          <w:szCs w:val="24"/>
        </w:rPr>
        <w:t>: https://orcid.org/0000-0000-0000-0000]</w:t>
      </w:r>
      <w:r w:rsidRPr="00D53626">
        <w:rPr>
          <w:rFonts w:cs="Times New Roman"/>
          <w:i/>
          <w:color w:val="595959"/>
          <w:szCs w:val="24"/>
        </w:rPr>
        <w:t xml:space="preserve">; </w:t>
      </w:r>
    </w:p>
    <w:p w14:paraId="4432D40D" w14:textId="77777777" w:rsidR="00985FB9" w:rsidRPr="00D53626" w:rsidRDefault="00985FB9" w:rsidP="00985FB9">
      <w:pPr>
        <w:spacing w:after="0" w:line="360" w:lineRule="auto"/>
        <w:jc w:val="both"/>
        <w:rPr>
          <w:rFonts w:cs="Times New Roman"/>
          <w:i/>
          <w:color w:val="595959"/>
          <w:szCs w:val="24"/>
        </w:rPr>
      </w:pPr>
      <w:proofErr w:type="gramStart"/>
      <w:r w:rsidRPr="00D53626">
        <w:rPr>
          <w:rFonts w:cs="Times New Roman"/>
          <w:i/>
          <w:color w:val="595959"/>
          <w:szCs w:val="24"/>
        </w:rPr>
        <w:t>³[</w:t>
      </w:r>
      <w:proofErr w:type="gramEnd"/>
      <w:r w:rsidRPr="00D53626">
        <w:rPr>
          <w:rFonts w:cs="Times New Roman"/>
          <w:i/>
          <w:color w:val="595959"/>
          <w:szCs w:val="24"/>
        </w:rPr>
        <w:t>Full name of Author Three], [designation], [department], [institution], [city], [country], [email address],</w:t>
      </w:r>
      <w:r>
        <w:rPr>
          <w:rFonts w:cs="Times New Roman"/>
          <w:i/>
          <w:color w:val="595959"/>
          <w:szCs w:val="24"/>
        </w:rPr>
        <w:t xml:space="preserve"> </w:t>
      </w:r>
      <w:r w:rsidRPr="00D53626">
        <w:rPr>
          <w:rFonts w:cs="Times New Roman"/>
          <w:i/>
          <w:color w:val="595959"/>
          <w:szCs w:val="24"/>
        </w:rPr>
        <w:t>[</w:t>
      </w:r>
      <w:r w:rsidRPr="00D53626">
        <w:rPr>
          <w:rFonts w:cs="Times New Roman"/>
          <w:i/>
          <w:szCs w:val="24"/>
        </w:rPr>
        <w:t xml:space="preserve">ORCID </w:t>
      </w:r>
      <w:proofErr w:type="spellStart"/>
      <w:r w:rsidRPr="00D53626">
        <w:rPr>
          <w:rFonts w:cs="Times New Roman"/>
          <w:i/>
          <w:szCs w:val="24"/>
        </w:rPr>
        <w:t>iD</w:t>
      </w:r>
      <w:proofErr w:type="spellEnd"/>
      <w:r w:rsidRPr="00D53626">
        <w:rPr>
          <w:rFonts w:cs="Times New Roman"/>
          <w:i/>
          <w:szCs w:val="24"/>
        </w:rPr>
        <w:t>: https://orcid.org/0000-0000-0000-0000]</w:t>
      </w:r>
      <w:r w:rsidRPr="00D53626">
        <w:rPr>
          <w:rFonts w:cs="Times New Roman"/>
          <w:i/>
          <w:color w:val="595959"/>
          <w:szCs w:val="24"/>
        </w:rPr>
        <w:t xml:space="preserve">; </w:t>
      </w:r>
    </w:p>
    <w:p w14:paraId="6CFDD175" w14:textId="77777777" w:rsidR="00985FB9" w:rsidRPr="00D53626" w:rsidRDefault="00985FB9" w:rsidP="00985FB9">
      <w:pPr>
        <w:spacing w:after="0" w:line="360" w:lineRule="auto"/>
        <w:jc w:val="both"/>
        <w:rPr>
          <w:rFonts w:cs="Times New Roman"/>
          <w:i/>
          <w:szCs w:val="24"/>
        </w:rPr>
      </w:pPr>
      <w:proofErr w:type="gramStart"/>
      <w:r w:rsidRPr="00D53626">
        <w:rPr>
          <w:rFonts w:cs="Times New Roman"/>
          <w:i/>
          <w:color w:val="595959"/>
          <w:szCs w:val="24"/>
        </w:rPr>
        <w:t>⁴[</w:t>
      </w:r>
      <w:proofErr w:type="gramEnd"/>
      <w:r w:rsidRPr="00D53626">
        <w:rPr>
          <w:rFonts w:cs="Times New Roman"/>
          <w:i/>
          <w:color w:val="595959"/>
          <w:szCs w:val="24"/>
        </w:rPr>
        <w:t>Full name of Author Four], [designation], [department], [institution], [city], [country], [email address],</w:t>
      </w:r>
      <w:r>
        <w:rPr>
          <w:rFonts w:cs="Times New Roman"/>
          <w:i/>
          <w:color w:val="595959"/>
          <w:szCs w:val="24"/>
        </w:rPr>
        <w:t xml:space="preserve"> </w:t>
      </w:r>
      <w:r w:rsidRPr="00D53626">
        <w:rPr>
          <w:rFonts w:cs="Times New Roman"/>
          <w:i/>
          <w:color w:val="595959"/>
          <w:szCs w:val="24"/>
        </w:rPr>
        <w:t>[</w:t>
      </w:r>
      <w:r w:rsidRPr="00D53626">
        <w:rPr>
          <w:rFonts w:cs="Times New Roman"/>
          <w:i/>
          <w:szCs w:val="24"/>
        </w:rPr>
        <w:t xml:space="preserve">ORCID </w:t>
      </w:r>
      <w:proofErr w:type="spellStart"/>
      <w:r w:rsidRPr="00D53626">
        <w:rPr>
          <w:rFonts w:cs="Times New Roman"/>
          <w:i/>
          <w:szCs w:val="24"/>
        </w:rPr>
        <w:t>iD</w:t>
      </w:r>
      <w:proofErr w:type="spellEnd"/>
      <w:r w:rsidRPr="00D53626">
        <w:rPr>
          <w:rFonts w:cs="Times New Roman"/>
          <w:i/>
          <w:szCs w:val="24"/>
        </w:rPr>
        <w:t>: https://orcid.org/0000-0000-0000-0000]</w:t>
      </w:r>
    </w:p>
    <w:p w14:paraId="6059746E" w14:textId="77777777" w:rsidR="00985FB9" w:rsidRPr="00D53626" w:rsidRDefault="00985FB9" w:rsidP="00985FB9">
      <w:pPr>
        <w:spacing w:after="0" w:line="360" w:lineRule="auto"/>
        <w:jc w:val="both"/>
        <w:rPr>
          <w:rFonts w:cs="Times New Roman"/>
          <w:i/>
          <w:iCs/>
          <w:szCs w:val="24"/>
        </w:rPr>
      </w:pPr>
      <w:r w:rsidRPr="00D53626">
        <w:rPr>
          <w:rFonts w:cs="Times New Roman"/>
          <w:i/>
          <w:iCs/>
          <w:szCs w:val="24"/>
        </w:rPr>
        <w:t>[Add more authors if and as needed]</w:t>
      </w:r>
    </w:p>
    <w:p w14:paraId="62D494C6" w14:textId="77777777" w:rsidR="00985FB9" w:rsidRPr="00D53626" w:rsidRDefault="00985FB9" w:rsidP="00985FB9">
      <w:pPr>
        <w:pStyle w:val="Heading2"/>
        <w:spacing w:line="360" w:lineRule="auto"/>
        <w:rPr>
          <w:rFonts w:ascii="Times New Roman" w:hAnsi="Times New Roman" w:cs="Times New Roman"/>
          <w:szCs w:val="24"/>
        </w:rPr>
      </w:pPr>
      <w:r w:rsidRPr="00D53626">
        <w:rPr>
          <w:rFonts w:ascii="Times New Roman" w:hAnsi="Times New Roman" w:cs="Times New Roman"/>
          <w:szCs w:val="24"/>
        </w:rPr>
        <w:t>Abstract</w:t>
      </w:r>
    </w:p>
    <w:p w14:paraId="105C5097" w14:textId="4A91609C" w:rsidR="00985FB9" w:rsidRPr="00D53626" w:rsidRDefault="00985FB9" w:rsidP="00985FB9">
      <w:pPr>
        <w:spacing w:after="80" w:line="360" w:lineRule="auto"/>
        <w:rPr>
          <w:rFonts w:cs="Times New Roman"/>
          <w:i/>
          <w:color w:val="595959"/>
          <w:szCs w:val="24"/>
        </w:rPr>
      </w:pPr>
      <w:r w:rsidRPr="00D53626">
        <w:rPr>
          <w:rFonts w:cs="Times New Roman"/>
          <w:b/>
          <w:szCs w:val="24"/>
        </w:rPr>
        <w:t>Background:</w:t>
      </w:r>
      <w:r w:rsidRPr="00D53626">
        <w:rPr>
          <w:rFonts w:cs="Times New Roman"/>
          <w:i/>
          <w:color w:val="595959"/>
          <w:szCs w:val="24"/>
        </w:rPr>
        <w:t xml:space="preserve"> [</w:t>
      </w:r>
      <w:r w:rsidR="00DD5DF3" w:rsidRPr="00DD5DF3">
        <w:rPr>
          <w:rFonts w:cs="Times New Roman"/>
          <w:i/>
          <w:color w:val="595959"/>
          <w:szCs w:val="24"/>
        </w:rPr>
        <w:t>Briefly describe why this case is clinically important, unusual, educational, or relevant to endocrine practice</w:t>
      </w:r>
      <w:r w:rsidRPr="00D53626">
        <w:rPr>
          <w:rFonts w:cs="Times New Roman"/>
          <w:i/>
          <w:color w:val="595959"/>
          <w:szCs w:val="24"/>
        </w:rPr>
        <w:t>.]</w:t>
      </w:r>
    </w:p>
    <w:p w14:paraId="408C7078" w14:textId="305A06F8" w:rsidR="00985FB9" w:rsidRPr="00D53626" w:rsidRDefault="00985FB9" w:rsidP="00985FB9">
      <w:pPr>
        <w:spacing w:after="80" w:line="36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>Case summary</w:t>
      </w:r>
      <w:r w:rsidRPr="00D53626">
        <w:rPr>
          <w:rFonts w:cs="Times New Roman"/>
          <w:b/>
          <w:szCs w:val="24"/>
        </w:rPr>
        <w:t>:</w:t>
      </w:r>
      <w:r w:rsidRPr="00D53626">
        <w:rPr>
          <w:rFonts w:cs="Times New Roman"/>
          <w:i/>
          <w:color w:val="595959"/>
          <w:szCs w:val="24"/>
        </w:rPr>
        <w:t xml:space="preserve"> [</w:t>
      </w:r>
      <w:r w:rsidR="00DD5DF3" w:rsidRPr="00DD5DF3">
        <w:rPr>
          <w:rFonts w:cs="Times New Roman"/>
          <w:i/>
          <w:color w:val="595959"/>
          <w:szCs w:val="24"/>
        </w:rPr>
        <w:t>Mention patient age and sex, key symptoms/signs, relevant history, examination findings, investigations, diagnosis, treatment/intervention, and outcome/follow-up. Do not include identifiable patient information.</w:t>
      </w:r>
      <w:r w:rsidRPr="00D53626">
        <w:rPr>
          <w:rFonts w:cs="Times New Roman"/>
          <w:i/>
          <w:color w:val="595959"/>
          <w:szCs w:val="24"/>
        </w:rPr>
        <w:t>]</w:t>
      </w:r>
    </w:p>
    <w:p w14:paraId="0BA75A1D" w14:textId="1B7D5BBF" w:rsidR="00985FB9" w:rsidRPr="00D53626" w:rsidRDefault="00985FB9" w:rsidP="00985FB9">
      <w:pPr>
        <w:spacing w:after="80" w:line="360" w:lineRule="auto"/>
        <w:rPr>
          <w:rFonts w:cs="Times New Roman"/>
          <w:szCs w:val="24"/>
        </w:rPr>
      </w:pPr>
      <w:r w:rsidRPr="00D53626">
        <w:rPr>
          <w:rFonts w:cs="Times New Roman"/>
          <w:b/>
          <w:szCs w:val="24"/>
        </w:rPr>
        <w:t>Conclusions:</w:t>
      </w:r>
      <w:r w:rsidRPr="00D53626">
        <w:rPr>
          <w:rFonts w:cs="Times New Roman"/>
          <w:i/>
          <w:color w:val="595959"/>
          <w:szCs w:val="24"/>
        </w:rPr>
        <w:t xml:space="preserve"> [</w:t>
      </w:r>
      <w:r w:rsidR="00DD5DF3" w:rsidRPr="00DD5DF3">
        <w:rPr>
          <w:rFonts w:cs="Times New Roman"/>
          <w:i/>
          <w:color w:val="595959"/>
          <w:szCs w:val="24"/>
        </w:rPr>
        <w:t>State the main learning message or take-home point</w:t>
      </w:r>
      <w:r w:rsidRPr="00D53626">
        <w:rPr>
          <w:rFonts w:cs="Times New Roman"/>
          <w:i/>
          <w:color w:val="595959"/>
          <w:szCs w:val="24"/>
        </w:rPr>
        <w:t>.]</w:t>
      </w:r>
    </w:p>
    <w:p w14:paraId="2E38B505" w14:textId="77777777" w:rsidR="00985FB9" w:rsidRPr="00D53626" w:rsidRDefault="00985FB9" w:rsidP="00985FB9">
      <w:pPr>
        <w:spacing w:after="80" w:line="360" w:lineRule="auto"/>
        <w:rPr>
          <w:rFonts w:cs="Times New Roman"/>
          <w:szCs w:val="24"/>
        </w:rPr>
      </w:pPr>
      <w:r w:rsidRPr="00D53626">
        <w:rPr>
          <w:rFonts w:cs="Times New Roman"/>
          <w:b/>
          <w:szCs w:val="24"/>
        </w:rPr>
        <w:t>Keywords:</w:t>
      </w:r>
      <w:r w:rsidRPr="00D53626">
        <w:rPr>
          <w:rFonts w:cs="Times New Roman"/>
          <w:i/>
          <w:color w:val="595959"/>
          <w:szCs w:val="24"/>
        </w:rPr>
        <w:t xml:space="preserve"> [Keyword 1; Keyword 2; Keyword 3; Keyword 4; Keyword 5]</w:t>
      </w:r>
    </w:p>
    <w:p w14:paraId="50855A48" w14:textId="77777777" w:rsidR="00985FB9" w:rsidRPr="00D53626" w:rsidRDefault="00985FB9" w:rsidP="00985FB9">
      <w:pPr>
        <w:pStyle w:val="Heading2"/>
        <w:spacing w:line="360" w:lineRule="auto"/>
        <w:rPr>
          <w:rFonts w:ascii="Times New Roman" w:hAnsi="Times New Roman" w:cs="Times New Roman"/>
          <w:szCs w:val="24"/>
        </w:rPr>
      </w:pPr>
      <w:r w:rsidRPr="00D53626">
        <w:rPr>
          <w:rFonts w:ascii="Times New Roman" w:hAnsi="Times New Roman" w:cs="Times New Roman"/>
          <w:szCs w:val="24"/>
        </w:rPr>
        <w:t>Presenting and corresponding author</w:t>
      </w:r>
    </w:p>
    <w:p w14:paraId="26E5515A" w14:textId="77777777" w:rsidR="00985FB9" w:rsidRPr="00D53626" w:rsidRDefault="00985FB9" w:rsidP="00985FB9">
      <w:pPr>
        <w:spacing w:after="80" w:line="360" w:lineRule="auto"/>
        <w:rPr>
          <w:rFonts w:cs="Times New Roman"/>
          <w:szCs w:val="24"/>
        </w:rPr>
      </w:pPr>
      <w:r w:rsidRPr="00D53626">
        <w:rPr>
          <w:rFonts w:cs="Times New Roman"/>
          <w:i/>
          <w:color w:val="595959"/>
          <w:szCs w:val="24"/>
        </w:rPr>
        <w:t xml:space="preserve">[Name], [designation], [department], [institution], [city], [country], [mobile number], [email address], [ORCID </w:t>
      </w:r>
      <w:proofErr w:type="spellStart"/>
      <w:r w:rsidRPr="00D53626">
        <w:rPr>
          <w:rFonts w:cs="Times New Roman"/>
          <w:i/>
          <w:color w:val="595959"/>
          <w:szCs w:val="24"/>
        </w:rPr>
        <w:t>iD</w:t>
      </w:r>
      <w:proofErr w:type="spellEnd"/>
      <w:r w:rsidRPr="00D53626">
        <w:rPr>
          <w:rFonts w:cs="Times New Roman"/>
          <w:i/>
          <w:color w:val="595959"/>
          <w:szCs w:val="24"/>
        </w:rPr>
        <w:t>: https://orcid.org/0000-0000-0000-0000]</w:t>
      </w:r>
    </w:p>
    <w:p w14:paraId="466EB154" w14:textId="6655F6A7" w:rsidR="00985FB9" w:rsidRDefault="00985FB9" w:rsidP="00985FB9">
      <w:pPr>
        <w:spacing w:line="360" w:lineRule="auto"/>
        <w:rPr>
          <w:rFonts w:cs="Times New Roman"/>
          <w:i/>
          <w:szCs w:val="24"/>
        </w:rPr>
      </w:pPr>
      <w:r w:rsidRPr="00D53626">
        <w:rPr>
          <w:rFonts w:cs="Times New Roman"/>
          <w:i/>
          <w:szCs w:val="24"/>
        </w:rPr>
        <w:t>If the presenting author and corresponding author are different, please provide details for both.</w:t>
      </w:r>
    </w:p>
    <w:p w14:paraId="18D1CC63" w14:textId="77777777" w:rsidR="006A4C13" w:rsidRDefault="006A4C13" w:rsidP="006A4C13">
      <w:pPr>
        <w:rPr>
          <w:rFonts w:cs="Times New Roman"/>
          <w:color w:val="948A54" w:themeColor="background2" w:themeShade="80"/>
          <w:szCs w:val="24"/>
        </w:rPr>
      </w:pPr>
      <w:r>
        <w:rPr>
          <w:rFonts w:cs="Times New Roman"/>
          <w:b/>
          <w:color w:val="000000" w:themeColor="text1"/>
          <w:szCs w:val="24"/>
        </w:rPr>
        <w:t>Conflict of interest:</w:t>
      </w:r>
      <w:r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948A54" w:themeColor="background2" w:themeShade="80"/>
          <w:szCs w:val="24"/>
        </w:rPr>
        <w:t>Declare your conflict of interests</w:t>
      </w:r>
    </w:p>
    <w:p w14:paraId="439AADD5" w14:textId="77777777" w:rsidR="006A4C13" w:rsidRDefault="006A4C13" w:rsidP="006A4C13">
      <w:pPr>
        <w:rPr>
          <w:rFonts w:cs="Times New Roman"/>
          <w:szCs w:val="24"/>
        </w:rPr>
      </w:pPr>
      <w:r>
        <w:rPr>
          <w:rFonts w:cs="Times New Roman"/>
          <w:b/>
          <w:color w:val="000000" w:themeColor="text1"/>
          <w:szCs w:val="24"/>
        </w:rPr>
        <w:t>Preferred way of presentation:</w:t>
      </w:r>
      <w:r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948A54" w:themeColor="background2" w:themeShade="80"/>
          <w:szCs w:val="24"/>
        </w:rPr>
        <w:t>Oral or Poster</w:t>
      </w:r>
    </w:p>
    <w:p w14:paraId="0AE44867" w14:textId="77777777" w:rsidR="006A4C13" w:rsidRPr="00D53626" w:rsidRDefault="006A4C13" w:rsidP="00985FB9">
      <w:pPr>
        <w:spacing w:line="360" w:lineRule="auto"/>
        <w:rPr>
          <w:rFonts w:cs="Times New Roman"/>
          <w:szCs w:val="24"/>
        </w:rPr>
      </w:pPr>
    </w:p>
    <w:p w14:paraId="1F95AFDF" w14:textId="77777777" w:rsidR="00985FB9" w:rsidRPr="00D53626" w:rsidRDefault="00985FB9" w:rsidP="00985FB9">
      <w:pPr>
        <w:pStyle w:val="ListBullet"/>
        <w:numPr>
          <w:ilvl w:val="0"/>
          <w:numId w:val="0"/>
        </w:numPr>
        <w:spacing w:line="360" w:lineRule="auto"/>
        <w:rPr>
          <w:rFonts w:cs="Times New Roman"/>
          <w:sz w:val="24"/>
          <w:szCs w:val="24"/>
        </w:rPr>
      </w:pPr>
    </w:p>
    <w:p w14:paraId="2B4299E2" w14:textId="77777777" w:rsidR="003B10BB" w:rsidRPr="00D53626" w:rsidRDefault="003B10BB" w:rsidP="00D53626">
      <w:pPr>
        <w:pStyle w:val="ListBullet"/>
        <w:numPr>
          <w:ilvl w:val="0"/>
          <w:numId w:val="0"/>
        </w:numPr>
        <w:spacing w:line="360" w:lineRule="auto"/>
        <w:rPr>
          <w:rFonts w:cs="Times New Roman"/>
          <w:sz w:val="24"/>
          <w:szCs w:val="24"/>
        </w:rPr>
      </w:pPr>
    </w:p>
    <w:sectPr w:rsidR="003B10BB" w:rsidRPr="00D53626" w:rsidSect="00034616">
      <w:headerReference w:type="default" r:id="rId9"/>
      <w:footerReference w:type="default" r:id="rId10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B83F9" w14:textId="77777777" w:rsidR="002C3FC5" w:rsidRDefault="002C3FC5">
      <w:pPr>
        <w:spacing w:after="0"/>
      </w:pPr>
      <w:r>
        <w:separator/>
      </w:r>
    </w:p>
  </w:endnote>
  <w:endnote w:type="continuationSeparator" w:id="0">
    <w:p w14:paraId="3D59FD46" w14:textId="77777777" w:rsidR="002C3FC5" w:rsidRDefault="002C3F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70EA" w14:textId="77777777" w:rsidR="003B10BB" w:rsidRDefault="00E54967">
    <w:pPr>
      <w:pStyle w:val="Footer"/>
      <w:jc w:val="center"/>
    </w:pPr>
    <w:r>
      <w:rPr>
        <w:color w:val="595959"/>
        <w:sz w:val="18"/>
      </w:rPr>
      <w:t>Please submit as an editable Microsoft Word (.docx) file.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4BC7D" w14:textId="77777777" w:rsidR="002C3FC5" w:rsidRDefault="002C3FC5">
      <w:pPr>
        <w:spacing w:after="0"/>
      </w:pPr>
      <w:r>
        <w:separator/>
      </w:r>
    </w:p>
  </w:footnote>
  <w:footnote w:type="continuationSeparator" w:id="0">
    <w:p w14:paraId="7634A347" w14:textId="77777777" w:rsidR="002C3FC5" w:rsidRDefault="002C3FC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BDCB6" w14:textId="77777777" w:rsidR="003B10BB" w:rsidRDefault="00E54967">
    <w:pPr>
      <w:pStyle w:val="Header"/>
      <w:jc w:val="center"/>
    </w:pPr>
    <w:r>
      <w:rPr>
        <w:i/>
        <w:color w:val="595959"/>
        <w:sz w:val="18"/>
      </w:rPr>
      <w:t>ACEDB Conference 2026 - Abstract Submission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734E08"/>
    <w:multiLevelType w:val="hybridMultilevel"/>
    <w:tmpl w:val="8B805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F786E"/>
    <w:multiLevelType w:val="hybridMultilevel"/>
    <w:tmpl w:val="972E28EE"/>
    <w:lvl w:ilvl="0" w:tplc="0B8695B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DA4F45"/>
    <w:multiLevelType w:val="hybridMultilevel"/>
    <w:tmpl w:val="79A09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817063">
    <w:abstractNumId w:val="8"/>
  </w:num>
  <w:num w:numId="2" w16cid:durableId="2011521401">
    <w:abstractNumId w:val="6"/>
  </w:num>
  <w:num w:numId="3" w16cid:durableId="1989430328">
    <w:abstractNumId w:val="5"/>
  </w:num>
  <w:num w:numId="4" w16cid:durableId="1471359787">
    <w:abstractNumId w:val="4"/>
  </w:num>
  <w:num w:numId="5" w16cid:durableId="186144332">
    <w:abstractNumId w:val="7"/>
  </w:num>
  <w:num w:numId="6" w16cid:durableId="936713800">
    <w:abstractNumId w:val="3"/>
  </w:num>
  <w:num w:numId="7" w16cid:durableId="575825327">
    <w:abstractNumId w:val="2"/>
  </w:num>
  <w:num w:numId="8" w16cid:durableId="1426029436">
    <w:abstractNumId w:val="1"/>
  </w:num>
  <w:num w:numId="9" w16cid:durableId="1504660603">
    <w:abstractNumId w:val="0"/>
  </w:num>
  <w:num w:numId="10" w16cid:durableId="1146971268">
    <w:abstractNumId w:val="11"/>
  </w:num>
  <w:num w:numId="11" w16cid:durableId="353113681">
    <w:abstractNumId w:val="10"/>
  </w:num>
  <w:num w:numId="12" w16cid:durableId="3531885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C83"/>
    <w:rsid w:val="00116F76"/>
    <w:rsid w:val="0015074B"/>
    <w:rsid w:val="0029639D"/>
    <w:rsid w:val="002C3FC5"/>
    <w:rsid w:val="00326F90"/>
    <w:rsid w:val="003B10BB"/>
    <w:rsid w:val="003C328F"/>
    <w:rsid w:val="00436B50"/>
    <w:rsid w:val="004A2CD5"/>
    <w:rsid w:val="004A6628"/>
    <w:rsid w:val="004F7DE1"/>
    <w:rsid w:val="005A0DAE"/>
    <w:rsid w:val="005B4665"/>
    <w:rsid w:val="005C35C8"/>
    <w:rsid w:val="0060409C"/>
    <w:rsid w:val="00613458"/>
    <w:rsid w:val="00640662"/>
    <w:rsid w:val="00692BED"/>
    <w:rsid w:val="006A4C13"/>
    <w:rsid w:val="006B13F6"/>
    <w:rsid w:val="007B6826"/>
    <w:rsid w:val="007D783C"/>
    <w:rsid w:val="00916482"/>
    <w:rsid w:val="00980FA9"/>
    <w:rsid w:val="00985FB9"/>
    <w:rsid w:val="00A24A66"/>
    <w:rsid w:val="00A264E6"/>
    <w:rsid w:val="00A534C2"/>
    <w:rsid w:val="00AA1D8D"/>
    <w:rsid w:val="00AA2F6E"/>
    <w:rsid w:val="00AD2B34"/>
    <w:rsid w:val="00AF3956"/>
    <w:rsid w:val="00B45A6F"/>
    <w:rsid w:val="00B47730"/>
    <w:rsid w:val="00C86F76"/>
    <w:rsid w:val="00CB0664"/>
    <w:rsid w:val="00D533C8"/>
    <w:rsid w:val="00D53626"/>
    <w:rsid w:val="00D902C3"/>
    <w:rsid w:val="00DD5DF3"/>
    <w:rsid w:val="00E549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95F25C"/>
  <w14:defaultImageDpi w14:val="300"/>
  <w15:docId w15:val="{A6B9CCA4-D322-44C0-B999-84610C77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B13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13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1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edbco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ACEDB Conference 2026 Abstract Submission Template</vt:lpstr>
    </vt:vector>
  </TitlesOfParts>
  <Manager/>
  <Company/>
  <LinksUpToDate>false</LinksUpToDate>
  <CharactersWithSpaces>5637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ACEDB Conference 2026 Abstract Submission Template</dc:title>
  <dc:subject>Abstract submission template for ACEDB Conference 2026</dc:subject>
  <dc:creator>ACEDB</dc:creator>
  <cp:keywords>ACEDB, abstract, conference, template</cp:keywords>
  <dc:description>generated by python-docx</dc:description>
  <cp:lastModifiedBy>Arafat Shawon</cp:lastModifiedBy>
  <cp:revision>3</cp:revision>
  <dcterms:created xsi:type="dcterms:W3CDTF">2026-07-12T08:32:00Z</dcterms:created>
  <dcterms:modified xsi:type="dcterms:W3CDTF">2026-07-25T06:56:00Z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bbabe6bd-8165-49eb-a2a9-9d1ff34b6691</vt:lpwstr>
  </property>
</Properties>
</file>